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Ind w:w="120" w:type="dxa"/>
        <w:tblBorders>
          <w:top w:val="single" w:sz="4" w:space="0" w:color="123B5D"/>
          <w:left w:val="single" w:sz="4" w:space="0" w:color="123B5D"/>
          <w:bottom w:val="single" w:sz="4" w:space="0" w:color="123B5D"/>
          <w:right w:val="single" w:sz="4" w:space="0" w:color="123B5D"/>
          <w:insideH w:val="single" w:sz="4" w:space="0" w:color="123B5D"/>
          <w:insideV w:val="single" w:sz="4" w:space="0" w:color="123B5D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8790"/>
      </w:tblGrid>
      <w:tr w:rsidR="00A91566" w14:paraId="0026DD76" w14:textId="77777777">
        <w:trPr>
          <w:cantSplit/>
        </w:trPr>
        <w:tc>
          <w:tcPr>
            <w:tcW w:w="570" w:type="dxa"/>
            <w:shd w:val="clear" w:color="auto" w:fill="2D6F9E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FB6A59B" w14:textId="77777777" w:rsidR="00A91566" w:rsidRDefault="005B510B" w:rsidP="00336213">
            <w:pPr>
              <w:keepNext/>
              <w:spacing w:after="0" w:line="240" w:lineRule="auto"/>
              <w:jc w:val="both"/>
            </w:pPr>
            <w:r>
              <w:rPr>
                <w:b/>
                <w:color w:val="FFFFFF"/>
                <w:sz w:val="20"/>
              </w:rPr>
              <w:t>1</w:t>
            </w:r>
          </w:p>
        </w:tc>
        <w:tc>
          <w:tcPr>
            <w:tcW w:w="8790" w:type="dxa"/>
            <w:shd w:val="clear" w:color="auto" w:fill="123B5D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CFC2511" w14:textId="77777777" w:rsidR="00A91566" w:rsidRDefault="005B510B" w:rsidP="00336213">
            <w:pPr>
              <w:keepNext/>
              <w:spacing w:after="0" w:line="240" w:lineRule="auto"/>
              <w:jc w:val="both"/>
            </w:pPr>
            <w:r>
              <w:rPr>
                <w:b/>
                <w:color w:val="FFFFFF"/>
                <w:sz w:val="20"/>
              </w:rPr>
              <w:t>APPLICATION AND APPLICANT DETAILS</w:t>
            </w:r>
            <w:r>
              <w:rPr>
                <w:color w:val="D7E8F5"/>
                <w:sz w:val="16"/>
              </w:rPr>
              <w:t xml:space="preserve">  |  Complete for every application</w:t>
            </w:r>
          </w:p>
        </w:tc>
      </w:tr>
    </w:tbl>
    <w:p w14:paraId="6E0ABB00" w14:textId="77777777" w:rsidR="00A91566" w:rsidRDefault="005B510B">
      <w:pPr>
        <w:spacing w:after="0" w:line="60" w:lineRule="exact"/>
      </w:pPr>
      <w:r>
        <w:rPr>
          <w:color w:val="111111"/>
          <w:sz w:val="2"/>
        </w:rPr>
        <w:t xml:space="preserve"> </w:t>
      </w:r>
    </w:p>
    <w:tbl>
      <w:tblPr>
        <w:tblW w:w="9360" w:type="dxa"/>
        <w:tblInd w:w="130" w:type="dxa"/>
        <w:tblBorders>
          <w:top w:val="single" w:sz="4" w:space="0" w:color="C7B76E"/>
          <w:left w:val="single" w:sz="4" w:space="0" w:color="C7B76E"/>
          <w:bottom w:val="single" w:sz="4" w:space="0" w:color="C7B76E"/>
          <w:right w:val="single" w:sz="4" w:space="0" w:color="C7B76E"/>
          <w:insideH w:val="single" w:sz="4" w:space="0" w:color="C7B76E"/>
          <w:insideV w:val="single" w:sz="4" w:space="0" w:color="C7B76E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A91566" w14:paraId="32D98E94" w14:textId="77777777">
        <w:trPr>
          <w:cantSplit/>
        </w:trPr>
        <w:tc>
          <w:tcPr>
            <w:tcW w:w="9360" w:type="dxa"/>
            <w:shd w:val="clear" w:color="auto" w:fill="FFF4CC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CB4E59D" w14:textId="77777777" w:rsidR="00A91566" w:rsidRDefault="005B510B" w:rsidP="00336213">
            <w:pPr>
              <w:spacing w:after="0" w:line="252" w:lineRule="auto"/>
              <w:jc w:val="both"/>
            </w:pPr>
            <w:r>
              <w:rPr>
                <w:b/>
                <w:color w:val="111111"/>
                <w:sz w:val="16"/>
              </w:rPr>
              <w:t xml:space="preserve">HOW TO COMPLETE: </w:t>
            </w:r>
            <w:r>
              <w:rPr>
                <w:color w:val="111111"/>
                <w:sz w:val="16"/>
              </w:rPr>
              <w:t>Complete Sections 1, 2</w:t>
            </w:r>
            <w:r w:rsidR="00336213">
              <w:rPr>
                <w:color w:val="111111"/>
                <w:sz w:val="16"/>
              </w:rPr>
              <w:t>,</w:t>
            </w:r>
            <w:r>
              <w:rPr>
                <w:color w:val="111111"/>
                <w:sz w:val="16"/>
              </w:rPr>
              <w:t xml:space="preserve"> 5 </w:t>
            </w:r>
            <w:r w:rsidR="00336213">
              <w:rPr>
                <w:color w:val="111111"/>
                <w:sz w:val="16"/>
              </w:rPr>
              <w:t>and</w:t>
            </w:r>
            <w:r>
              <w:rPr>
                <w:color w:val="111111"/>
                <w:sz w:val="16"/>
              </w:rPr>
              <w:t xml:space="preserve"> Section 3 (Pre-planned) or Section 4 (Ad-hoc), as applicable. Complete only fields that apply. Light-blue fields indicate data-entry areas; tick the relevant boxes. Attach additional schedule pages where required.</w:t>
            </w:r>
          </w:p>
        </w:tc>
      </w:tr>
    </w:tbl>
    <w:p w14:paraId="5F3F95BC" w14:textId="77777777" w:rsidR="00A91566" w:rsidRDefault="005B510B">
      <w:pPr>
        <w:spacing w:after="0" w:line="60" w:lineRule="exact"/>
      </w:pPr>
      <w:r>
        <w:rPr>
          <w:color w:val="111111"/>
          <w:sz w:val="2"/>
        </w:rPr>
        <w:t xml:space="preserve"> </w:t>
      </w:r>
    </w:p>
    <w:tbl>
      <w:tblPr>
        <w:tblW w:w="9360" w:type="dxa"/>
        <w:tblInd w:w="120" w:type="dxa"/>
        <w:tblBorders>
          <w:top w:val="single" w:sz="4" w:space="0" w:color="8EA1B1"/>
          <w:left w:val="single" w:sz="4" w:space="0" w:color="8EA1B1"/>
          <w:bottom w:val="single" w:sz="4" w:space="0" w:color="8EA1B1"/>
          <w:right w:val="single" w:sz="4" w:space="0" w:color="8EA1B1"/>
          <w:insideH w:val="single" w:sz="4" w:space="0" w:color="8EA1B1"/>
          <w:insideV w:val="single" w:sz="4" w:space="0" w:color="8EA1B1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880"/>
        <w:gridCol w:w="1800"/>
        <w:gridCol w:w="2880"/>
      </w:tblGrid>
      <w:tr w:rsidR="00A91566" w14:paraId="78E64C0D" w14:textId="77777777">
        <w:trPr>
          <w:cantSplit/>
        </w:trPr>
        <w:tc>
          <w:tcPr>
            <w:tcW w:w="9360" w:type="dxa"/>
            <w:gridSpan w:val="4"/>
            <w:shd w:val="clear" w:color="auto" w:fill="DCEAF5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25604290" w14:textId="77777777" w:rsidR="00A91566" w:rsidRDefault="005B510B">
            <w:pPr>
              <w:spacing w:after="0" w:line="240" w:lineRule="auto"/>
            </w:pPr>
            <w:r>
              <w:rPr>
                <w:b/>
                <w:color w:val="123B5D"/>
              </w:rPr>
              <w:t>A. APPLICATION IDENTIFICATION</w:t>
            </w:r>
          </w:p>
        </w:tc>
      </w:tr>
      <w:tr w:rsidR="00A91566" w14:paraId="26295366" w14:textId="77777777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</w:trPr>
        <w:tc>
          <w:tcPr>
            <w:tcW w:w="1800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008257" w14:textId="77777777" w:rsidR="00A91566" w:rsidRDefault="005B510B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 xml:space="preserve">Operator </w:t>
            </w:r>
            <w:r w:rsidR="00336213">
              <w:rPr>
                <w:b/>
                <w:color w:val="111111"/>
                <w:sz w:val="16"/>
              </w:rPr>
              <w:t>R</w:t>
            </w:r>
            <w:r>
              <w:rPr>
                <w:b/>
                <w:color w:val="111111"/>
                <w:sz w:val="16"/>
              </w:rPr>
              <w:t>eference</w:t>
            </w:r>
          </w:p>
        </w:tc>
        <w:tc>
          <w:tcPr>
            <w:tcW w:w="2880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950192" w14:textId="77777777" w:rsidR="00A91566" w:rsidRDefault="00145FD3">
            <w:pPr>
              <w:spacing w:after="0" w:line="240" w:lineRule="auto"/>
            </w:pPr>
            <w:sdt>
              <w:sdtPr>
                <w:alias w:val="OPERATOR_REF"/>
                <w:tag w:val="OPERATOR_REF"/>
                <w:id w:val="1357849529"/>
                <w:lock w:val="sdtLocked"/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Enter reference</w:t>
                </w:r>
              </w:sdtContent>
            </w:sdt>
          </w:p>
        </w:tc>
        <w:tc>
          <w:tcPr>
            <w:tcW w:w="1800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6A2033" w14:textId="77777777" w:rsidR="00A91566" w:rsidRDefault="005B510B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>Date submitted</w:t>
            </w:r>
          </w:p>
        </w:tc>
        <w:tc>
          <w:tcPr>
            <w:tcW w:w="2880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61F60F" w14:textId="77777777" w:rsidR="00A91566" w:rsidRDefault="00145FD3">
            <w:pPr>
              <w:spacing w:after="0" w:line="240" w:lineRule="auto"/>
            </w:pPr>
            <w:sdt>
              <w:sdtPr>
                <w:alias w:val="SUBMISSION_DATE"/>
                <w:tag w:val="SUBMISSION_DATE"/>
                <w:id w:val="-858130245"/>
                <w:lock w:val="sdtLocked"/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DD/MM/YYYY</w:t>
                </w:r>
              </w:sdtContent>
            </w:sdt>
          </w:p>
        </w:tc>
      </w:tr>
      <w:tr w:rsidR="00A91566" w14:paraId="1ACA8E1D" w14:textId="77777777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</w:trPr>
        <w:tc>
          <w:tcPr>
            <w:tcW w:w="1800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B67A1" w14:textId="77777777" w:rsidR="00A91566" w:rsidRDefault="005B510B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 xml:space="preserve">Operation </w:t>
            </w:r>
            <w:r w:rsidR="00336213">
              <w:rPr>
                <w:b/>
                <w:color w:val="111111"/>
                <w:sz w:val="16"/>
              </w:rPr>
              <w:t>S</w:t>
            </w:r>
            <w:r>
              <w:rPr>
                <w:b/>
                <w:color w:val="111111"/>
                <w:sz w:val="16"/>
              </w:rPr>
              <w:t xml:space="preserve">tart </w:t>
            </w:r>
            <w:r w:rsidR="00336213">
              <w:rPr>
                <w:b/>
                <w:color w:val="111111"/>
                <w:sz w:val="16"/>
              </w:rPr>
              <w:t>D</w:t>
            </w:r>
            <w:r>
              <w:rPr>
                <w:b/>
                <w:color w:val="111111"/>
                <w:sz w:val="16"/>
              </w:rPr>
              <w:t>ate</w:t>
            </w:r>
          </w:p>
        </w:tc>
        <w:tc>
          <w:tcPr>
            <w:tcW w:w="2880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235C69" w14:textId="77777777" w:rsidR="00A91566" w:rsidRDefault="00145FD3">
            <w:pPr>
              <w:spacing w:after="0" w:line="240" w:lineRule="auto"/>
            </w:pPr>
            <w:sdt>
              <w:sdtPr>
                <w:alias w:val="OP_START_DATE"/>
                <w:tag w:val="OP_START_DATE"/>
                <w:id w:val="1128360360"/>
                <w:lock w:val="sdtLocked"/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DD/MM/YYYY</w:t>
                </w:r>
              </w:sdtContent>
            </w:sdt>
          </w:p>
        </w:tc>
        <w:tc>
          <w:tcPr>
            <w:tcW w:w="1800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9D0895" w14:textId="77777777" w:rsidR="00A91566" w:rsidRDefault="005B510B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 xml:space="preserve">Operation </w:t>
            </w:r>
            <w:r w:rsidR="00336213">
              <w:rPr>
                <w:b/>
                <w:color w:val="111111"/>
                <w:sz w:val="16"/>
              </w:rPr>
              <w:t>E</w:t>
            </w:r>
            <w:r>
              <w:rPr>
                <w:b/>
                <w:color w:val="111111"/>
                <w:sz w:val="16"/>
              </w:rPr>
              <w:t xml:space="preserve">nd </w:t>
            </w:r>
            <w:r w:rsidR="00336213">
              <w:rPr>
                <w:b/>
                <w:color w:val="111111"/>
                <w:sz w:val="16"/>
              </w:rPr>
              <w:t>D</w:t>
            </w:r>
            <w:r>
              <w:rPr>
                <w:b/>
                <w:color w:val="111111"/>
                <w:sz w:val="16"/>
              </w:rPr>
              <w:t>ate</w:t>
            </w:r>
          </w:p>
        </w:tc>
        <w:tc>
          <w:tcPr>
            <w:tcW w:w="2880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5EE6D6" w14:textId="77777777" w:rsidR="00A91566" w:rsidRDefault="00145FD3">
            <w:pPr>
              <w:spacing w:after="0" w:line="240" w:lineRule="auto"/>
            </w:pPr>
            <w:sdt>
              <w:sdtPr>
                <w:alias w:val="OP_END_DATE"/>
                <w:tag w:val="OP_END_DATE"/>
                <w:id w:val="-1276016998"/>
                <w:lock w:val="sdtLocked"/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DD/MM/YYYY</w:t>
                </w:r>
              </w:sdtContent>
            </w:sdt>
          </w:p>
        </w:tc>
      </w:tr>
    </w:tbl>
    <w:p w14:paraId="67BAB770" w14:textId="77777777" w:rsidR="00A91566" w:rsidRDefault="005B510B">
      <w:pPr>
        <w:spacing w:after="0" w:line="60" w:lineRule="exact"/>
      </w:pPr>
      <w:r>
        <w:rPr>
          <w:color w:val="111111"/>
          <w:sz w:val="2"/>
        </w:rPr>
        <w:t xml:space="preserve"> </w:t>
      </w:r>
    </w:p>
    <w:tbl>
      <w:tblPr>
        <w:tblW w:w="9360" w:type="dxa"/>
        <w:tblInd w:w="120" w:type="dxa"/>
        <w:tblBorders>
          <w:top w:val="single" w:sz="4" w:space="0" w:color="8EA1B1"/>
          <w:left w:val="single" w:sz="4" w:space="0" w:color="8EA1B1"/>
          <w:bottom w:val="single" w:sz="4" w:space="0" w:color="8EA1B1"/>
          <w:right w:val="single" w:sz="4" w:space="0" w:color="8EA1B1"/>
          <w:insideH w:val="single" w:sz="4" w:space="0" w:color="8EA1B1"/>
          <w:insideV w:val="single" w:sz="4" w:space="0" w:color="8EA1B1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A91566" w14:paraId="32E144F6" w14:textId="77777777">
        <w:trPr>
          <w:cantSplit/>
        </w:trPr>
        <w:tc>
          <w:tcPr>
            <w:tcW w:w="9360" w:type="dxa"/>
            <w:gridSpan w:val="2"/>
            <w:shd w:val="clear" w:color="auto" w:fill="DCEAF5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011C39C7" w14:textId="77777777" w:rsidR="00A91566" w:rsidRDefault="005B510B">
            <w:pPr>
              <w:spacing w:after="0" w:line="240" w:lineRule="auto"/>
            </w:pPr>
            <w:r>
              <w:rPr>
                <w:b/>
                <w:color w:val="123B5D"/>
              </w:rPr>
              <w:t>B. SELECT ONE APPLICATION CATEGORY</w:t>
            </w:r>
          </w:p>
        </w:tc>
      </w:tr>
      <w:tr w:rsidR="00A91566" w14:paraId="3920212C" w14:textId="77777777" w:rsidTr="00336213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  <w:trHeight w:val="725"/>
        </w:trPr>
        <w:tc>
          <w:tcPr>
            <w:tcW w:w="4680" w:type="dxa"/>
            <w:shd w:val="clear" w:color="auto" w:fill="F3F8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1F57A8" w14:textId="3B2D2E7F" w:rsidR="00A91566" w:rsidRPr="00921EDE" w:rsidRDefault="00145FD3">
            <w:pPr>
              <w:spacing w:after="0" w:line="240" w:lineRule="auto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alias w:val="CB_PREPLANNED"/>
                <w:tag w:val="CB_PREPLANNED"/>
                <w:id w:val="48498009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1BA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B510B" w:rsidRPr="00921EDE">
              <w:rPr>
                <w:b/>
                <w:bCs/>
                <w:color w:val="111111"/>
                <w:sz w:val="16"/>
                <w:szCs w:val="16"/>
              </w:rPr>
              <w:t xml:space="preserve">  PRE-PLANNED EXTENSION</w:t>
            </w:r>
            <w:r w:rsidR="005B510B" w:rsidRPr="00921EDE">
              <w:rPr>
                <w:color w:val="6B7780"/>
                <w:sz w:val="16"/>
                <w:szCs w:val="16"/>
              </w:rPr>
              <w:br/>
              <w:t>Submit a complete application at least 45 days before commencement of operations.</w:t>
            </w:r>
          </w:p>
        </w:tc>
        <w:tc>
          <w:tcPr>
            <w:tcW w:w="4680" w:type="dxa"/>
            <w:shd w:val="clear" w:color="auto" w:fill="F3F8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726F2E" w14:textId="1EDC5B87" w:rsidR="00A91566" w:rsidRPr="00921EDE" w:rsidRDefault="00145FD3">
            <w:pPr>
              <w:spacing w:after="0" w:line="240" w:lineRule="auto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alias w:val="CB_ADHOC"/>
                <w:tag w:val="CB_ADHOC"/>
                <w:id w:val="-132118330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1BA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B510B" w:rsidRPr="00921EDE">
              <w:rPr>
                <w:color w:val="111111"/>
                <w:sz w:val="16"/>
                <w:szCs w:val="16"/>
              </w:rPr>
              <w:t xml:space="preserve">  </w:t>
            </w:r>
            <w:r w:rsidR="005B510B" w:rsidRPr="00921EDE">
              <w:rPr>
                <w:b/>
                <w:bCs/>
                <w:color w:val="111111"/>
                <w:sz w:val="16"/>
                <w:szCs w:val="16"/>
              </w:rPr>
              <w:t>AD-HOC EXTENSION</w:t>
            </w:r>
            <w:r w:rsidR="005B510B" w:rsidRPr="00921EDE">
              <w:rPr>
                <w:color w:val="6B7780"/>
                <w:sz w:val="16"/>
                <w:szCs w:val="16"/>
              </w:rPr>
              <w:br/>
              <w:t>For an urgent or unforeseen operational situation; minimum notification rules apply.</w:t>
            </w:r>
          </w:p>
        </w:tc>
      </w:tr>
      <w:tr w:rsidR="00A91566" w14:paraId="06823BDA" w14:textId="77777777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</w:trPr>
        <w:tc>
          <w:tcPr>
            <w:tcW w:w="9360" w:type="dxa"/>
            <w:gridSpan w:val="2"/>
            <w:shd w:val="clear" w:color="auto" w:fill="FFF8E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A574E5" w14:textId="77777777" w:rsidR="00A91566" w:rsidRPr="00921EDE" w:rsidRDefault="005B510B">
            <w:pPr>
              <w:spacing w:after="0" w:line="252" w:lineRule="auto"/>
              <w:rPr>
                <w:sz w:val="16"/>
                <w:szCs w:val="16"/>
              </w:rPr>
            </w:pPr>
            <w:r w:rsidRPr="00921EDE">
              <w:rPr>
                <w:b/>
                <w:color w:val="9B1C1C"/>
                <w:sz w:val="16"/>
                <w:szCs w:val="16"/>
              </w:rPr>
              <w:t xml:space="preserve">Important: </w:t>
            </w:r>
            <w:r w:rsidRPr="00921EDE">
              <w:rPr>
                <w:color w:val="111111"/>
                <w:sz w:val="16"/>
                <w:szCs w:val="16"/>
              </w:rPr>
              <w:t>Submission within the prescribed timeframe does not guarantee approval. A complete application is counted as received only when CAAM OCC has received this form and all required supporting documents.</w:t>
            </w:r>
          </w:p>
        </w:tc>
      </w:tr>
    </w:tbl>
    <w:p w14:paraId="4D3ED8AF" w14:textId="77777777" w:rsidR="00A91566" w:rsidRDefault="005B510B">
      <w:pPr>
        <w:spacing w:after="0" w:line="60" w:lineRule="exact"/>
      </w:pPr>
      <w:r>
        <w:rPr>
          <w:color w:val="111111"/>
          <w:sz w:val="2"/>
        </w:rPr>
        <w:t xml:space="preserve"> </w:t>
      </w:r>
    </w:p>
    <w:tbl>
      <w:tblPr>
        <w:tblW w:w="9360" w:type="dxa"/>
        <w:tblInd w:w="120" w:type="dxa"/>
        <w:tblBorders>
          <w:top w:val="single" w:sz="4" w:space="0" w:color="8EA1B1"/>
          <w:left w:val="single" w:sz="4" w:space="0" w:color="8EA1B1"/>
          <w:bottom w:val="single" w:sz="4" w:space="0" w:color="8EA1B1"/>
          <w:right w:val="single" w:sz="4" w:space="0" w:color="8EA1B1"/>
          <w:insideH w:val="single" w:sz="4" w:space="0" w:color="8EA1B1"/>
          <w:insideV w:val="single" w:sz="4" w:space="0" w:color="8EA1B1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2880"/>
        <w:gridCol w:w="1800"/>
        <w:gridCol w:w="2880"/>
      </w:tblGrid>
      <w:tr w:rsidR="00A91566" w14:paraId="7BBED2D8" w14:textId="77777777">
        <w:trPr>
          <w:cantSplit/>
        </w:trPr>
        <w:tc>
          <w:tcPr>
            <w:tcW w:w="9360" w:type="dxa"/>
            <w:gridSpan w:val="4"/>
            <w:shd w:val="clear" w:color="auto" w:fill="DCEAF5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7F0B9E24" w14:textId="77777777" w:rsidR="00A91566" w:rsidRDefault="005B510B">
            <w:pPr>
              <w:spacing w:after="0" w:line="240" w:lineRule="auto"/>
            </w:pPr>
            <w:r>
              <w:rPr>
                <w:b/>
                <w:color w:val="123B5D"/>
              </w:rPr>
              <w:t>C. APPLICANT INFORMATION</w:t>
            </w:r>
          </w:p>
        </w:tc>
      </w:tr>
      <w:tr w:rsidR="006D61AF" w14:paraId="10E17C29" w14:textId="77777777" w:rsidTr="00681878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  <w:trHeight w:val="465"/>
        </w:trPr>
        <w:tc>
          <w:tcPr>
            <w:tcW w:w="1800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ABADC4" w14:textId="77777777" w:rsidR="006D61AF" w:rsidRDefault="006D61AF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>Company Name</w:t>
            </w:r>
          </w:p>
        </w:tc>
        <w:tc>
          <w:tcPr>
            <w:tcW w:w="7560" w:type="dxa"/>
            <w:gridSpan w:val="3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9D9ECA" w14:textId="5C03BE65" w:rsidR="006D61AF" w:rsidRDefault="00145FD3">
            <w:pPr>
              <w:spacing w:after="0" w:line="240" w:lineRule="auto"/>
            </w:pPr>
            <w:sdt>
              <w:sdtPr>
                <w:alias w:val="COMPANY_NAME"/>
                <w:tag w:val="COMPANY_NAME"/>
                <w:id w:val="1224257685"/>
                <w:lock w:val="sdtLocked"/>
                <w:text/>
              </w:sdtPr>
              <w:sdtEndPr/>
              <w:sdtContent>
                <w:r w:rsidR="006D61AF">
                  <w:rPr>
                    <w:color w:val="6B7780"/>
                    <w:sz w:val="16"/>
                  </w:rPr>
                  <w:t>Enter text</w:t>
                </w:r>
              </w:sdtContent>
            </w:sdt>
          </w:p>
        </w:tc>
      </w:tr>
      <w:tr w:rsidR="00A91566" w14:paraId="696566F7" w14:textId="77777777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  <w:trHeight w:val="465"/>
        </w:trPr>
        <w:tc>
          <w:tcPr>
            <w:tcW w:w="1800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64DD07" w14:textId="77777777" w:rsidR="00A91566" w:rsidRDefault="005B510B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 xml:space="preserve">Applicant </w:t>
            </w:r>
            <w:r w:rsidR="00336213">
              <w:rPr>
                <w:b/>
                <w:color w:val="111111"/>
                <w:sz w:val="16"/>
              </w:rPr>
              <w:t>N</w:t>
            </w:r>
            <w:r>
              <w:rPr>
                <w:b/>
                <w:color w:val="111111"/>
                <w:sz w:val="16"/>
              </w:rPr>
              <w:t>ame</w:t>
            </w:r>
          </w:p>
        </w:tc>
        <w:tc>
          <w:tcPr>
            <w:tcW w:w="2880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802EDB" w14:textId="77777777" w:rsidR="00A91566" w:rsidRDefault="00145FD3">
            <w:pPr>
              <w:spacing w:after="0" w:line="240" w:lineRule="auto"/>
            </w:pPr>
            <w:sdt>
              <w:sdtPr>
                <w:alias w:val="APPLICANT_NAME"/>
                <w:tag w:val="APPLICANT_NAME"/>
                <w:id w:val="1950653851"/>
                <w:lock w:val="sdtLocked"/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Enter text</w:t>
                </w:r>
              </w:sdtContent>
            </w:sdt>
          </w:p>
        </w:tc>
        <w:tc>
          <w:tcPr>
            <w:tcW w:w="1800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92752E" w14:textId="77777777" w:rsidR="00A91566" w:rsidRDefault="005B510B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>Designation</w:t>
            </w:r>
          </w:p>
        </w:tc>
        <w:tc>
          <w:tcPr>
            <w:tcW w:w="2880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A635A9" w14:textId="77777777" w:rsidR="00A91566" w:rsidRDefault="00145FD3">
            <w:pPr>
              <w:spacing w:after="0" w:line="240" w:lineRule="auto"/>
            </w:pPr>
            <w:sdt>
              <w:sdtPr>
                <w:alias w:val="APPLICANT_DESIGNATION"/>
                <w:tag w:val="APPLICANT_DESIGNATION"/>
                <w:id w:val="-1787952385"/>
                <w:lock w:val="sdtLocked"/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Enter text</w:t>
                </w:r>
              </w:sdtContent>
            </w:sdt>
          </w:p>
        </w:tc>
      </w:tr>
      <w:tr w:rsidR="00A91566" w14:paraId="273FB8A1" w14:textId="77777777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  <w:trHeight w:val="465"/>
        </w:trPr>
        <w:tc>
          <w:tcPr>
            <w:tcW w:w="1800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2BF203" w14:textId="77777777" w:rsidR="00A91566" w:rsidRDefault="005B510B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 xml:space="preserve">Office </w:t>
            </w:r>
            <w:r w:rsidR="00336213">
              <w:rPr>
                <w:b/>
                <w:color w:val="111111"/>
                <w:sz w:val="16"/>
              </w:rPr>
              <w:t>T</w:t>
            </w:r>
            <w:r>
              <w:rPr>
                <w:b/>
                <w:color w:val="111111"/>
                <w:sz w:val="16"/>
              </w:rPr>
              <w:t>elephone</w:t>
            </w:r>
          </w:p>
        </w:tc>
        <w:tc>
          <w:tcPr>
            <w:tcW w:w="2880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F04697" w14:textId="77777777" w:rsidR="00A91566" w:rsidRDefault="00145FD3">
            <w:pPr>
              <w:spacing w:after="0" w:line="240" w:lineRule="auto"/>
            </w:pPr>
            <w:sdt>
              <w:sdtPr>
                <w:alias w:val="OFFICE_PHONE"/>
                <w:tag w:val="OFFICE_PHONE"/>
                <w:id w:val="813845358"/>
                <w:lock w:val="sdtLocked"/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Enter contact</w:t>
                </w:r>
              </w:sdtContent>
            </w:sdt>
          </w:p>
        </w:tc>
        <w:tc>
          <w:tcPr>
            <w:tcW w:w="1800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D0DF1B" w14:textId="77777777" w:rsidR="00A91566" w:rsidRDefault="005B510B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 xml:space="preserve">Mobile </w:t>
            </w:r>
            <w:r w:rsidR="00336213">
              <w:rPr>
                <w:b/>
                <w:color w:val="111111"/>
                <w:sz w:val="16"/>
              </w:rPr>
              <w:t>T</w:t>
            </w:r>
            <w:r>
              <w:rPr>
                <w:b/>
                <w:color w:val="111111"/>
                <w:sz w:val="16"/>
              </w:rPr>
              <w:t>elephone</w:t>
            </w:r>
          </w:p>
        </w:tc>
        <w:tc>
          <w:tcPr>
            <w:tcW w:w="2880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0BD6E3" w14:textId="77777777" w:rsidR="00A91566" w:rsidRDefault="00145FD3">
            <w:pPr>
              <w:spacing w:after="0" w:line="240" w:lineRule="auto"/>
            </w:pPr>
            <w:sdt>
              <w:sdtPr>
                <w:alias w:val="MOBILE_PHONE"/>
                <w:tag w:val="MOBILE_PHONE"/>
                <w:id w:val="307522402"/>
                <w:lock w:val="sdtLocked"/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Enter contact</w:t>
                </w:r>
              </w:sdtContent>
            </w:sdt>
          </w:p>
        </w:tc>
      </w:tr>
      <w:tr w:rsidR="00A91566" w14:paraId="62AC9338" w14:textId="77777777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  <w:trHeight w:val="465"/>
        </w:trPr>
        <w:tc>
          <w:tcPr>
            <w:tcW w:w="1800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9ABD32" w14:textId="77777777" w:rsidR="00A91566" w:rsidRDefault="005B510B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>Email</w:t>
            </w:r>
          </w:p>
        </w:tc>
        <w:tc>
          <w:tcPr>
            <w:tcW w:w="2880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5916A9" w14:textId="77777777" w:rsidR="00A91566" w:rsidRDefault="00145FD3">
            <w:pPr>
              <w:spacing w:after="0" w:line="240" w:lineRule="auto"/>
            </w:pPr>
            <w:sdt>
              <w:sdtPr>
                <w:alias w:val="EMAIL"/>
                <w:tag w:val="EMAIL"/>
                <w:id w:val="-293148127"/>
                <w:lock w:val="sdtLocked"/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name@company.com</w:t>
                </w:r>
              </w:sdtContent>
            </w:sdt>
          </w:p>
        </w:tc>
        <w:tc>
          <w:tcPr>
            <w:tcW w:w="1800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C70FAA" w14:textId="77777777" w:rsidR="00A91566" w:rsidRDefault="005B510B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 xml:space="preserve">Alternate </w:t>
            </w:r>
            <w:r w:rsidR="00336213">
              <w:rPr>
                <w:b/>
                <w:color w:val="111111"/>
                <w:sz w:val="16"/>
              </w:rPr>
              <w:t>C</w:t>
            </w:r>
            <w:r>
              <w:rPr>
                <w:b/>
                <w:color w:val="111111"/>
                <w:sz w:val="16"/>
              </w:rPr>
              <w:t>ontact</w:t>
            </w:r>
          </w:p>
        </w:tc>
        <w:tc>
          <w:tcPr>
            <w:tcW w:w="2880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B09E10" w14:textId="77777777" w:rsidR="00A91566" w:rsidRDefault="00145FD3">
            <w:pPr>
              <w:spacing w:after="0" w:line="240" w:lineRule="auto"/>
            </w:pPr>
            <w:sdt>
              <w:sdtPr>
                <w:alias w:val="ALTERNATE_CONTACT"/>
                <w:tag w:val="ALTERNATE_CONTACT"/>
                <w:id w:val="1822164352"/>
                <w:lock w:val="sdtLocked"/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Enter contact</w:t>
                </w:r>
              </w:sdtContent>
            </w:sdt>
          </w:p>
        </w:tc>
      </w:tr>
    </w:tbl>
    <w:p w14:paraId="1198A928" w14:textId="77777777" w:rsidR="00A91566" w:rsidRDefault="005B510B">
      <w:pPr>
        <w:spacing w:after="0" w:line="60" w:lineRule="exact"/>
      </w:pPr>
      <w:r>
        <w:rPr>
          <w:color w:val="111111"/>
          <w:sz w:val="2"/>
        </w:rPr>
        <w:t xml:space="preserve"> </w:t>
      </w:r>
    </w:p>
    <w:tbl>
      <w:tblPr>
        <w:tblW w:w="9373" w:type="dxa"/>
        <w:tblInd w:w="120" w:type="dxa"/>
        <w:tblBorders>
          <w:top w:val="single" w:sz="4" w:space="0" w:color="8EA1B1"/>
          <w:left w:val="single" w:sz="4" w:space="0" w:color="8EA1B1"/>
          <w:bottom w:val="single" w:sz="4" w:space="0" w:color="8EA1B1"/>
          <w:right w:val="single" w:sz="4" w:space="0" w:color="8EA1B1"/>
          <w:insideH w:val="single" w:sz="4" w:space="0" w:color="8EA1B1"/>
          <w:insideV w:val="single" w:sz="4" w:space="0" w:color="8EA1B1"/>
        </w:tblBorders>
        <w:tblLayout w:type="fixed"/>
        <w:tblLook w:val="04A0" w:firstRow="1" w:lastRow="0" w:firstColumn="1" w:lastColumn="0" w:noHBand="0" w:noVBand="1"/>
      </w:tblPr>
      <w:tblGrid>
        <w:gridCol w:w="9373"/>
      </w:tblGrid>
      <w:tr w:rsidR="00A91566" w14:paraId="5646DDFB" w14:textId="77777777" w:rsidTr="00336213">
        <w:trPr>
          <w:cantSplit/>
        </w:trPr>
        <w:tc>
          <w:tcPr>
            <w:tcW w:w="9373" w:type="dxa"/>
            <w:shd w:val="clear" w:color="auto" w:fill="DCEAF5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289E26E5" w14:textId="77777777" w:rsidR="00A91566" w:rsidRDefault="005B510B">
            <w:pPr>
              <w:spacing w:after="0" w:line="240" w:lineRule="auto"/>
            </w:pPr>
            <w:r>
              <w:rPr>
                <w:b/>
                <w:color w:val="123B5D"/>
              </w:rPr>
              <w:t xml:space="preserve">D. </w:t>
            </w:r>
            <w:r w:rsidR="00336213">
              <w:rPr>
                <w:b/>
                <w:color w:val="123B5D"/>
              </w:rPr>
              <w:t>ELIGIBILITY</w:t>
            </w:r>
            <w:r w:rsidR="00336213">
              <w:rPr>
                <w:i/>
                <w:color w:val="6B7780"/>
                <w:sz w:val="15"/>
              </w:rPr>
              <w:t xml:space="preserve"> Tick</w:t>
            </w:r>
            <w:r>
              <w:rPr>
                <w:i/>
                <w:color w:val="6B7780"/>
                <w:sz w:val="15"/>
              </w:rPr>
              <w:t xml:space="preserve"> one</w:t>
            </w:r>
          </w:p>
        </w:tc>
      </w:tr>
      <w:tr w:rsidR="00336213" w14:paraId="6D15A9A0" w14:textId="77777777" w:rsidTr="008F4873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  <w:trHeight w:val="230"/>
        </w:trPr>
        <w:tc>
          <w:tcPr>
            <w:tcW w:w="9373" w:type="dxa"/>
          </w:tcPr>
          <w:p w14:paraId="77BEC843" w14:textId="2357BCEC" w:rsidR="00336213" w:rsidRDefault="00145FD3">
            <w:pPr>
              <w:spacing w:after="0" w:line="240" w:lineRule="auto"/>
            </w:pPr>
            <w:sdt>
              <w:sdtPr>
                <w:alias w:val="CB_MALAYSIAN_OPERATOR"/>
                <w:tag w:val="CB_MALAYSIAN_OPERATOR"/>
                <w:id w:val="82054174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1B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36213">
              <w:rPr>
                <w:color w:val="111111"/>
                <w:sz w:val="16"/>
              </w:rPr>
              <w:t xml:space="preserve">  Malaysian commercial passenger air service operator holding a valid ASL, AOC and applicable Air Traffic Right</w:t>
            </w:r>
          </w:p>
        </w:tc>
      </w:tr>
      <w:tr w:rsidR="00336213" w14:paraId="2AA82219" w14:textId="77777777" w:rsidTr="008F4873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  <w:trHeight w:val="419"/>
        </w:trPr>
        <w:tc>
          <w:tcPr>
            <w:tcW w:w="9373" w:type="dxa"/>
          </w:tcPr>
          <w:p w14:paraId="73193F8E" w14:textId="43290CCC" w:rsidR="00336213" w:rsidRDefault="00145FD3">
            <w:pPr>
              <w:spacing w:after="0" w:line="240" w:lineRule="auto"/>
            </w:pPr>
            <w:sdt>
              <w:sdtPr>
                <w:alias w:val="CB_FOREIGN_OPERATOR"/>
                <w:tag w:val="CB_FOREIGN_OPERATOR"/>
                <w:id w:val="-94368713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6FB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36213">
              <w:rPr>
                <w:color w:val="111111"/>
                <w:sz w:val="16"/>
              </w:rPr>
              <w:t xml:space="preserve">  Foreign scheduled air service operator duly designated/authorised under the applicable Air Services Agreement and holding a valid Malaysian FAOC</w:t>
            </w:r>
          </w:p>
        </w:tc>
      </w:tr>
    </w:tbl>
    <w:p w14:paraId="3913F3EA" w14:textId="77777777" w:rsidR="00A91566" w:rsidRDefault="00A91566">
      <w:pPr>
        <w:sectPr w:rsidR="00A91566">
          <w:headerReference w:type="default" r:id="rId8"/>
          <w:footerReference w:type="default" r:id="rId9"/>
          <w:pgSz w:w="11906" w:h="16838"/>
          <w:pgMar w:top="765" w:right="765" w:bottom="709" w:left="765" w:header="255" w:footer="255" w:gutter="0"/>
          <w:cols w:space="720"/>
          <w:docGrid w:linePitch="360"/>
        </w:sectPr>
      </w:pPr>
    </w:p>
    <w:tbl>
      <w:tblPr>
        <w:tblW w:w="15600" w:type="dxa"/>
        <w:tblInd w:w="120" w:type="dxa"/>
        <w:tblBorders>
          <w:top w:val="single" w:sz="4" w:space="0" w:color="123B5D"/>
          <w:left w:val="single" w:sz="4" w:space="0" w:color="123B5D"/>
          <w:bottom w:val="single" w:sz="4" w:space="0" w:color="123B5D"/>
          <w:right w:val="single" w:sz="4" w:space="0" w:color="123B5D"/>
          <w:insideH w:val="single" w:sz="4" w:space="0" w:color="123B5D"/>
          <w:insideV w:val="single" w:sz="4" w:space="0" w:color="123B5D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14950"/>
      </w:tblGrid>
      <w:tr w:rsidR="00A91566" w14:paraId="2EF486F7" w14:textId="77777777">
        <w:trPr>
          <w:cantSplit/>
        </w:trPr>
        <w:tc>
          <w:tcPr>
            <w:tcW w:w="650" w:type="dxa"/>
            <w:shd w:val="clear" w:color="auto" w:fill="2D6F9E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D813D03" w14:textId="77777777" w:rsidR="00A91566" w:rsidRDefault="005B510B">
            <w:pPr>
              <w:keepNext/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lastRenderedPageBreak/>
              <w:t>2</w:t>
            </w:r>
          </w:p>
        </w:tc>
        <w:tc>
          <w:tcPr>
            <w:tcW w:w="14950" w:type="dxa"/>
            <w:shd w:val="clear" w:color="auto" w:fill="123B5D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20E703B" w14:textId="039EC52D" w:rsidR="00105674" w:rsidRPr="00921EDE" w:rsidRDefault="00E11EA8">
            <w:pPr>
              <w:spacing w:after="0" w:line="240" w:lineRule="auto"/>
              <w:rPr>
                <w:sz w:val="20"/>
                <w:szCs w:val="20"/>
              </w:rPr>
            </w:pPr>
            <w:r w:rsidRPr="00921EDE">
              <w:rPr>
                <w:b/>
                <w:color w:val="FFFFFF"/>
                <w:sz w:val="20"/>
                <w:szCs w:val="20"/>
              </w:rPr>
              <w:t xml:space="preserve">FLIGHT SCHEDULE AND REQUESTED ATS </w:t>
            </w:r>
            <w:r w:rsidR="00921EDE" w:rsidRPr="00921EDE">
              <w:rPr>
                <w:b/>
                <w:color w:val="FFFFFF"/>
                <w:sz w:val="20"/>
                <w:szCs w:val="20"/>
              </w:rPr>
              <w:t>EXTENSION</w:t>
            </w:r>
            <w:r w:rsidR="00921EDE" w:rsidRPr="00921EDE">
              <w:rPr>
                <w:color w:val="DCE6EE"/>
                <w:sz w:val="20"/>
                <w:szCs w:val="20"/>
              </w:rPr>
              <w:t xml:space="preserve"> | </w:t>
            </w:r>
            <w:r w:rsidR="00921EDE" w:rsidRPr="00921EDE">
              <w:rPr>
                <w:color w:val="DCE6EE"/>
                <w:sz w:val="16"/>
                <w:szCs w:val="16"/>
              </w:rPr>
              <w:t>Complete</w:t>
            </w:r>
            <w:r w:rsidRPr="00921EDE">
              <w:rPr>
                <w:color w:val="DCE6EE"/>
                <w:sz w:val="16"/>
                <w:szCs w:val="16"/>
              </w:rPr>
              <w:t xml:space="preserve"> for all affected flights; use an attachment for additional rows</w:t>
            </w:r>
          </w:p>
        </w:tc>
      </w:tr>
    </w:tbl>
    <w:p w14:paraId="75EA6B33" w14:textId="77777777" w:rsidR="00A91566" w:rsidRDefault="005B510B">
      <w:pPr>
        <w:spacing w:after="0" w:line="60" w:lineRule="exact"/>
      </w:pPr>
      <w:r>
        <w:rPr>
          <w:color w:val="111111"/>
          <w:sz w:val="2"/>
        </w:rPr>
        <w:t xml:space="preserve"> </w:t>
      </w:r>
    </w:p>
    <w:tbl>
      <w:tblPr>
        <w:tblW w:w="15600" w:type="dxa"/>
        <w:tblInd w:w="120" w:type="dxa"/>
        <w:tblBorders>
          <w:top w:val="single" w:sz="6" w:space="0" w:color="8EA1B1"/>
          <w:left w:val="single" w:sz="6" w:space="0" w:color="8EA1B1"/>
          <w:bottom w:val="single" w:sz="6" w:space="0" w:color="8EA1B1"/>
          <w:right w:val="single" w:sz="6" w:space="0" w:color="8EA1B1"/>
          <w:insideH w:val="single" w:sz="6" w:space="0" w:color="8EA1B1"/>
          <w:insideV w:val="single" w:sz="6" w:space="0" w:color="8EA1B1"/>
        </w:tblBorders>
        <w:tblLayout w:type="fixed"/>
        <w:tblLook w:val="04A0" w:firstRow="1" w:lastRow="0" w:firstColumn="1" w:lastColumn="0" w:noHBand="0" w:noVBand="1"/>
      </w:tblPr>
      <w:tblGrid>
        <w:gridCol w:w="5117"/>
        <w:gridCol w:w="10483"/>
      </w:tblGrid>
      <w:tr w:rsidR="00857923" w14:paraId="0F47DBBD" w14:textId="77777777" w:rsidTr="00857923">
        <w:trPr>
          <w:cantSplit/>
        </w:trPr>
        <w:tc>
          <w:tcPr>
            <w:tcW w:w="5117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606D99" w14:textId="77777777" w:rsidR="00857923" w:rsidRPr="00921EDE" w:rsidRDefault="00857923">
            <w:pPr>
              <w:spacing w:after="0" w:line="240" w:lineRule="auto"/>
              <w:rPr>
                <w:sz w:val="16"/>
                <w:szCs w:val="16"/>
              </w:rPr>
            </w:pPr>
            <w:r w:rsidRPr="00921EDE">
              <w:rPr>
                <w:b/>
                <w:color w:val="111111"/>
                <w:sz w:val="16"/>
                <w:szCs w:val="16"/>
              </w:rPr>
              <w:t>Category</w:t>
            </w:r>
          </w:p>
        </w:tc>
        <w:tc>
          <w:tcPr>
            <w:tcW w:w="10483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59636B" w14:textId="482A4836" w:rsidR="00857923" w:rsidRPr="00312606" w:rsidRDefault="00145FD3">
            <w:pPr>
              <w:spacing w:after="0" w:line="240" w:lineRule="auto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alias w:val="SCHEDULE_CATEGORY"/>
                <w:tag w:val="SCHEDULE_CATEGORY"/>
                <w:id w:val="-1219365958"/>
                <w:lock w:val="sdtLocked"/>
                <w:text/>
              </w:sdtPr>
              <w:sdtEndPr/>
              <w:sdtContent>
                <w:r w:rsidR="006F0E72" w:rsidRPr="00312606">
                  <w:rPr>
                    <w:color w:val="6B7780"/>
                    <w:sz w:val="16"/>
                    <w:szCs w:val="16"/>
                  </w:rPr>
                  <w:t>P</w:t>
                </w:r>
                <w:r w:rsidR="006F0E72">
                  <w:rPr>
                    <w:color w:val="6B7780"/>
                    <w:sz w:val="16"/>
                    <w:szCs w:val="16"/>
                  </w:rPr>
                  <w:t>lease write the category either p</w:t>
                </w:r>
                <w:r w:rsidR="006F0E72" w:rsidRPr="00312606">
                  <w:rPr>
                    <w:color w:val="6B7780"/>
                    <w:sz w:val="16"/>
                    <w:szCs w:val="16"/>
                  </w:rPr>
                  <w:t>re-planned</w:t>
                </w:r>
                <w:r w:rsidR="006F0E72">
                  <w:rPr>
                    <w:color w:val="6B7780"/>
                    <w:sz w:val="16"/>
                    <w:szCs w:val="16"/>
                  </w:rPr>
                  <w:t xml:space="preserve"> or a</w:t>
                </w:r>
                <w:r w:rsidR="006F0E72" w:rsidRPr="00312606">
                  <w:rPr>
                    <w:color w:val="6B7780"/>
                    <w:sz w:val="16"/>
                    <w:szCs w:val="16"/>
                  </w:rPr>
                  <w:t>d-hoc</w:t>
                </w:r>
              </w:sdtContent>
            </w:sdt>
            <w:r w:rsidR="00857923" w:rsidRPr="00312606">
              <w:rPr>
                <w:color w:val="6B7780"/>
                <w:sz w:val="16"/>
                <w:szCs w:val="16"/>
              </w:rPr>
              <w:t xml:space="preserve">  </w:t>
            </w:r>
          </w:p>
        </w:tc>
      </w:tr>
    </w:tbl>
    <w:p w14:paraId="17BFD915" w14:textId="77777777" w:rsidR="00A91566" w:rsidRDefault="005B510B">
      <w:pPr>
        <w:spacing w:after="0" w:line="60" w:lineRule="exact"/>
      </w:pPr>
      <w:r>
        <w:rPr>
          <w:color w:val="111111"/>
          <w:sz w:val="2"/>
        </w:rPr>
        <w:t xml:space="preserve"> </w:t>
      </w:r>
    </w:p>
    <w:tbl>
      <w:tblPr>
        <w:tblW w:w="15600" w:type="dxa"/>
        <w:tblInd w:w="120" w:type="dxa"/>
        <w:tblBorders>
          <w:top w:val="single" w:sz="5" w:space="0" w:color="6F8292"/>
          <w:left w:val="single" w:sz="5" w:space="0" w:color="6F8292"/>
          <w:bottom w:val="single" w:sz="5" w:space="0" w:color="6F8292"/>
          <w:right w:val="single" w:sz="5" w:space="0" w:color="6F8292"/>
          <w:insideH w:val="single" w:sz="5" w:space="0" w:color="6F8292"/>
          <w:insideV w:val="single" w:sz="5" w:space="0" w:color="6F8292"/>
        </w:tblBorders>
        <w:tblLayout w:type="fixed"/>
        <w:tblLook w:val="04A0" w:firstRow="1" w:lastRow="0" w:firstColumn="1" w:lastColumn="0" w:noHBand="0" w:noVBand="1"/>
      </w:tblPr>
      <w:tblGrid>
        <w:gridCol w:w="504"/>
        <w:gridCol w:w="1368"/>
        <w:gridCol w:w="1296"/>
        <w:gridCol w:w="1944"/>
        <w:gridCol w:w="2808"/>
        <w:gridCol w:w="1800"/>
        <w:gridCol w:w="2376"/>
        <w:gridCol w:w="3504"/>
      </w:tblGrid>
      <w:tr w:rsidR="00A91566" w14:paraId="07CD7DC4" w14:textId="77777777">
        <w:trPr>
          <w:cantSplit/>
          <w:tblHeader/>
        </w:trPr>
        <w:tc>
          <w:tcPr>
            <w:tcW w:w="504" w:type="dxa"/>
            <w:shd w:val="clear" w:color="auto" w:fill="DCEA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F7C077" w14:textId="77777777" w:rsidR="00105674" w:rsidRPr="00921EDE" w:rsidRDefault="00E11EA8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921EDE">
              <w:rPr>
                <w:rFonts w:cs="Arial"/>
                <w:b/>
                <w:color w:val="111111"/>
                <w:sz w:val="16"/>
                <w:szCs w:val="16"/>
              </w:rPr>
              <w:t>No.</w:t>
            </w:r>
          </w:p>
        </w:tc>
        <w:tc>
          <w:tcPr>
            <w:tcW w:w="1368" w:type="dxa"/>
            <w:shd w:val="clear" w:color="auto" w:fill="DCEA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9F53CB" w14:textId="77777777" w:rsidR="00105674" w:rsidRPr="00921EDE" w:rsidRDefault="00E11EA8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921EDE">
              <w:rPr>
                <w:rFonts w:cs="Arial"/>
                <w:b/>
                <w:color w:val="111111"/>
                <w:sz w:val="16"/>
                <w:szCs w:val="16"/>
              </w:rPr>
              <w:t>Sector</w:t>
            </w:r>
          </w:p>
        </w:tc>
        <w:tc>
          <w:tcPr>
            <w:tcW w:w="1296" w:type="dxa"/>
            <w:shd w:val="clear" w:color="auto" w:fill="DCEA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5E864A" w14:textId="77777777" w:rsidR="00105674" w:rsidRPr="00921EDE" w:rsidRDefault="00E11EA8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921EDE">
              <w:rPr>
                <w:rFonts w:cs="Arial"/>
                <w:b/>
                <w:color w:val="111111"/>
                <w:sz w:val="16"/>
                <w:szCs w:val="16"/>
              </w:rPr>
              <w:t>Flight No.</w:t>
            </w:r>
          </w:p>
        </w:tc>
        <w:tc>
          <w:tcPr>
            <w:tcW w:w="1944" w:type="dxa"/>
            <w:shd w:val="clear" w:color="auto" w:fill="DCEA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527BF4" w14:textId="4E2C123D" w:rsidR="00105674" w:rsidRPr="00921EDE" w:rsidRDefault="00E11EA8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921EDE">
              <w:rPr>
                <w:rFonts w:cs="Arial"/>
                <w:b/>
                <w:color w:val="111111"/>
                <w:sz w:val="16"/>
                <w:szCs w:val="16"/>
              </w:rPr>
              <w:t>ETD / ETA</w:t>
            </w:r>
            <w:r w:rsidRPr="00921EDE">
              <w:rPr>
                <w:rFonts w:cs="Arial"/>
                <w:b/>
                <w:color w:val="111111"/>
                <w:sz w:val="16"/>
                <w:szCs w:val="16"/>
              </w:rPr>
              <w:br/>
              <w:t>(</w:t>
            </w:r>
            <w:r w:rsidR="00312606">
              <w:rPr>
                <w:rFonts w:cs="Arial"/>
                <w:b/>
                <w:color w:val="111111"/>
                <w:sz w:val="16"/>
                <w:szCs w:val="16"/>
              </w:rPr>
              <w:t>UTC</w:t>
            </w:r>
            <w:r w:rsidRPr="00921EDE">
              <w:rPr>
                <w:rFonts w:cs="Arial"/>
                <w:b/>
                <w:color w:val="111111"/>
                <w:sz w:val="16"/>
                <w:szCs w:val="16"/>
              </w:rPr>
              <w:t>)</w:t>
            </w:r>
          </w:p>
        </w:tc>
        <w:tc>
          <w:tcPr>
            <w:tcW w:w="2808" w:type="dxa"/>
            <w:shd w:val="clear" w:color="auto" w:fill="DCEA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6A2CE4" w14:textId="77777777" w:rsidR="00105674" w:rsidRPr="00921EDE" w:rsidRDefault="00E11EA8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921EDE">
              <w:rPr>
                <w:rFonts w:cs="Arial"/>
                <w:b/>
                <w:color w:val="111111"/>
                <w:sz w:val="16"/>
                <w:szCs w:val="16"/>
              </w:rPr>
              <w:t>Effective Date</w:t>
            </w:r>
            <w:r w:rsidRPr="00921EDE">
              <w:rPr>
                <w:rFonts w:cs="Arial"/>
                <w:b/>
                <w:color w:val="111111"/>
                <w:sz w:val="16"/>
                <w:szCs w:val="16"/>
              </w:rPr>
              <w:br/>
              <w:t>(Airport Departure)</w:t>
            </w:r>
          </w:p>
        </w:tc>
        <w:tc>
          <w:tcPr>
            <w:tcW w:w="1800" w:type="dxa"/>
            <w:shd w:val="clear" w:color="auto" w:fill="DCEA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48D3DD" w14:textId="77777777" w:rsidR="00105674" w:rsidRPr="00921EDE" w:rsidRDefault="00E11EA8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921EDE">
              <w:rPr>
                <w:rFonts w:cs="Arial"/>
                <w:b/>
                <w:color w:val="111111"/>
                <w:sz w:val="16"/>
                <w:szCs w:val="16"/>
              </w:rPr>
              <w:t>Day of</w:t>
            </w:r>
            <w:r w:rsidRPr="00921EDE">
              <w:rPr>
                <w:rFonts w:cs="Arial"/>
                <w:b/>
                <w:color w:val="111111"/>
                <w:sz w:val="16"/>
                <w:szCs w:val="16"/>
              </w:rPr>
              <w:br/>
              <w:t>Operation</w:t>
            </w:r>
          </w:p>
        </w:tc>
        <w:tc>
          <w:tcPr>
            <w:tcW w:w="2376" w:type="dxa"/>
            <w:shd w:val="clear" w:color="auto" w:fill="DCEA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F47F20" w14:textId="0C36ED03" w:rsidR="00105674" w:rsidRPr="00921EDE" w:rsidRDefault="00E11EA8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921EDE">
              <w:rPr>
                <w:rFonts w:cs="Arial"/>
                <w:b/>
                <w:color w:val="111111"/>
                <w:sz w:val="16"/>
                <w:szCs w:val="16"/>
              </w:rPr>
              <w:t>Request ATS Extension Until</w:t>
            </w:r>
            <w:r w:rsidRPr="00921EDE">
              <w:rPr>
                <w:rFonts w:cs="Arial"/>
                <w:b/>
                <w:color w:val="111111"/>
                <w:sz w:val="16"/>
                <w:szCs w:val="16"/>
              </w:rPr>
              <w:br/>
              <w:t>(</w:t>
            </w:r>
            <w:r w:rsidR="00312606">
              <w:rPr>
                <w:rFonts w:cs="Arial"/>
                <w:b/>
                <w:color w:val="111111"/>
                <w:sz w:val="16"/>
                <w:szCs w:val="16"/>
              </w:rPr>
              <w:t>UTC</w:t>
            </w:r>
            <w:r w:rsidRPr="00921EDE">
              <w:rPr>
                <w:rFonts w:cs="Arial"/>
                <w:b/>
                <w:color w:val="111111"/>
                <w:sz w:val="16"/>
                <w:szCs w:val="16"/>
              </w:rPr>
              <w:t>)</w:t>
            </w:r>
          </w:p>
        </w:tc>
        <w:tc>
          <w:tcPr>
            <w:tcW w:w="3504" w:type="dxa"/>
            <w:shd w:val="clear" w:color="auto" w:fill="DCEA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BDF784" w14:textId="06B96C6C" w:rsidR="00105674" w:rsidRPr="00921EDE" w:rsidRDefault="00E11EA8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921EDE">
              <w:rPr>
                <w:rFonts w:cs="Arial"/>
                <w:b/>
                <w:color w:val="111111"/>
                <w:sz w:val="16"/>
                <w:szCs w:val="16"/>
              </w:rPr>
              <w:t>Reason</w:t>
            </w:r>
            <w:r w:rsidR="008E3FDB">
              <w:rPr>
                <w:rFonts w:cs="Arial"/>
                <w:b/>
                <w:color w:val="111111"/>
                <w:sz w:val="16"/>
                <w:szCs w:val="16"/>
              </w:rPr>
              <w:t>(s)</w:t>
            </w:r>
            <w:r w:rsidRPr="00921EDE">
              <w:rPr>
                <w:rFonts w:cs="Arial"/>
                <w:b/>
                <w:color w:val="111111"/>
                <w:sz w:val="16"/>
                <w:szCs w:val="16"/>
              </w:rPr>
              <w:t xml:space="preserve"> for</w:t>
            </w:r>
            <w:r w:rsidRPr="00921EDE">
              <w:rPr>
                <w:rFonts w:cs="Arial"/>
                <w:b/>
                <w:color w:val="111111"/>
                <w:sz w:val="16"/>
                <w:szCs w:val="16"/>
              </w:rPr>
              <w:br/>
              <w:t>Extension</w:t>
            </w:r>
          </w:p>
        </w:tc>
      </w:tr>
      <w:tr w:rsidR="00A91566" w14:paraId="64C40315" w14:textId="77777777">
        <w:trPr>
          <w:cantSplit/>
          <w:trHeight w:val="430"/>
        </w:trPr>
        <w:tc>
          <w:tcPr>
            <w:tcW w:w="5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5E7096" w14:textId="77777777" w:rsidR="00105674" w:rsidRPr="00921EDE" w:rsidRDefault="00E11EA8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921EDE">
              <w:rPr>
                <w:rFonts w:cs="Arial"/>
                <w:color w:val="111111"/>
                <w:sz w:val="16"/>
                <w:szCs w:val="16"/>
              </w:rPr>
              <w:t>1</w:t>
            </w:r>
          </w:p>
        </w:tc>
        <w:tc>
          <w:tcPr>
            <w:tcW w:w="1368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122706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1_SECTOR"/>
                <w:tag w:val="FLIGHT_1_SECTOR"/>
                <w:id w:val="-1796511744"/>
                <w:lock w:val="sdtLocked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e.g. TWU/JHB</w:t>
                </w:r>
              </w:sdtContent>
            </w:sdt>
          </w:p>
        </w:tc>
        <w:tc>
          <w:tcPr>
            <w:tcW w:w="1296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6FE6D4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1_NO"/>
                <w:tag w:val="FLIGHT_1_NO"/>
                <w:id w:val="369581227"/>
                <w:lock w:val="sdtLocked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Enter flight no.</w:t>
                </w:r>
              </w:sdtContent>
            </w:sdt>
          </w:p>
        </w:tc>
        <w:tc>
          <w:tcPr>
            <w:tcW w:w="1944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F6F7BC" w14:textId="1694BBF4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1_ETD_ETA"/>
                <w:tag w:val="FLIGHT_1_ETD_ETA"/>
                <w:id w:val="1911343283"/>
                <w:lock w:val="sdtLocked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HH</w:t>
                </w:r>
                <w:r w:rsidR="001F0861">
                  <w:rPr>
                    <w:rFonts w:cs="Arial"/>
                    <w:color w:val="6B7780"/>
                    <w:sz w:val="16"/>
                    <w:szCs w:val="16"/>
                  </w:rPr>
                  <w:t>: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MM</w:t>
                </w:r>
                <w:r w:rsidR="007D30D4">
                  <w:rPr>
                    <w:rFonts w:cs="Arial"/>
                    <w:color w:val="6B7780"/>
                    <w:sz w:val="16"/>
                    <w:szCs w:val="16"/>
                  </w:rPr>
                  <w:t xml:space="preserve"> 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/</w:t>
                </w:r>
                <w:r w:rsidR="007D30D4">
                  <w:rPr>
                    <w:rFonts w:cs="Arial"/>
                    <w:color w:val="6B7780"/>
                    <w:sz w:val="16"/>
                    <w:szCs w:val="16"/>
                  </w:rPr>
                  <w:t xml:space="preserve"> 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HH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>: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MM</w:t>
                </w:r>
              </w:sdtContent>
            </w:sdt>
          </w:p>
        </w:tc>
        <w:tc>
          <w:tcPr>
            <w:tcW w:w="2808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8A9AEC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1_EFFECTIVE_DATE"/>
                <w:tag w:val="FLIGHT_1_EFFECTIVE_DATE"/>
                <w:id w:val="-806237192"/>
                <w:lock w:val="sdtLocked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DD/MM/YYYY - DD/MM/YYYY</w:t>
                </w:r>
              </w:sdtContent>
            </w:sdt>
          </w:p>
        </w:tc>
        <w:tc>
          <w:tcPr>
            <w:tcW w:w="1800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662F58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1_DAY_OF_OPERATION"/>
                <w:tag w:val="FLIGHT_1_DAY_OF_OPERATION"/>
                <w:id w:val="226268881"/>
                <w:lock w:val="sdtLocked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D1-D7</w:t>
                </w:r>
              </w:sdtContent>
            </w:sdt>
          </w:p>
        </w:tc>
        <w:tc>
          <w:tcPr>
            <w:tcW w:w="2376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33141E" w14:textId="2CDC08EF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1_ATS_EXTENSION_UNTIL"/>
                <w:tag w:val="FLIGHT_1_ATS_EXTENSION_UNTIL"/>
                <w:id w:val="959837429"/>
                <w:lock w:val="sdtLocked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HH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>: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MM</w:t>
                </w:r>
              </w:sdtContent>
            </w:sdt>
          </w:p>
        </w:tc>
        <w:tc>
          <w:tcPr>
            <w:tcW w:w="3504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9791E0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1_REASON"/>
                <w:tag w:val="FLIGHT_1_REASON"/>
                <w:id w:val="-812648563"/>
                <w:lock w:val="sdtLocked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Enter details</w:t>
                </w:r>
              </w:sdtContent>
            </w:sdt>
          </w:p>
        </w:tc>
      </w:tr>
      <w:tr w:rsidR="00A91566" w14:paraId="42BC9177" w14:textId="77777777">
        <w:trPr>
          <w:cantSplit/>
          <w:trHeight w:val="430"/>
        </w:trPr>
        <w:tc>
          <w:tcPr>
            <w:tcW w:w="5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B72C1F" w14:textId="77777777" w:rsidR="00105674" w:rsidRPr="00921EDE" w:rsidRDefault="00E11EA8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921EDE">
              <w:rPr>
                <w:rFonts w:cs="Arial"/>
                <w:color w:val="111111"/>
                <w:sz w:val="16"/>
                <w:szCs w:val="16"/>
              </w:rPr>
              <w:t>2</w:t>
            </w:r>
          </w:p>
        </w:tc>
        <w:tc>
          <w:tcPr>
            <w:tcW w:w="1368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2485E3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2_SECTOR"/>
                <w:tag w:val="FLIGHT_2_SECTOR"/>
                <w:id w:val="1305512783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e.g. TWU/JHB</w:t>
                </w:r>
              </w:sdtContent>
            </w:sdt>
          </w:p>
        </w:tc>
        <w:tc>
          <w:tcPr>
            <w:tcW w:w="1296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31537E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2_NO"/>
                <w:tag w:val="FLIGHT_2_NO"/>
                <w:id w:val="-1238008111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Enter flight no.</w:t>
                </w:r>
              </w:sdtContent>
            </w:sdt>
          </w:p>
        </w:tc>
        <w:tc>
          <w:tcPr>
            <w:tcW w:w="1944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5CF68B" w14:textId="17DAC652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2_ETD_ETA"/>
                <w:tag w:val="FLIGHT_2_ETD_ETA"/>
                <w:id w:val="-2030018896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HH</w:t>
                </w:r>
                <w:r w:rsidR="007D30D4">
                  <w:rPr>
                    <w:rFonts w:cs="Arial"/>
                    <w:color w:val="6B7780"/>
                    <w:sz w:val="16"/>
                    <w:szCs w:val="16"/>
                  </w:rPr>
                  <w:t>: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MM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 xml:space="preserve"> 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/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 xml:space="preserve"> 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HH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>: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MM</w:t>
                </w:r>
              </w:sdtContent>
            </w:sdt>
          </w:p>
        </w:tc>
        <w:tc>
          <w:tcPr>
            <w:tcW w:w="2808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6B104E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2_EFFECTIVE_DATE"/>
                <w:tag w:val="FLIGHT_2_EFFECTIVE_DATE"/>
                <w:id w:val="-494802366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DD/MM/YYYY - DD/MM/YYYY</w:t>
                </w:r>
              </w:sdtContent>
            </w:sdt>
          </w:p>
        </w:tc>
        <w:tc>
          <w:tcPr>
            <w:tcW w:w="1800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5D6A10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2_DAY_OF_OPERATION"/>
                <w:tag w:val="FLIGHT_2_DAY_OF_OPERATION"/>
                <w:id w:val="258799092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D1-D7</w:t>
                </w:r>
              </w:sdtContent>
            </w:sdt>
          </w:p>
        </w:tc>
        <w:tc>
          <w:tcPr>
            <w:tcW w:w="2376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BAA69A" w14:textId="734DA406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2_ATS_EXTENSION_UNTIL"/>
                <w:tag w:val="FLIGHT_2_ATS_EXTENSION_UNTIL"/>
                <w:id w:val="-198396812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HH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>: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MM</w:t>
                </w:r>
              </w:sdtContent>
            </w:sdt>
          </w:p>
        </w:tc>
        <w:tc>
          <w:tcPr>
            <w:tcW w:w="3504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964406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2_REASON"/>
                <w:tag w:val="FLIGHT_2_REASON"/>
                <w:id w:val="593522397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Enter details</w:t>
                </w:r>
              </w:sdtContent>
            </w:sdt>
          </w:p>
        </w:tc>
      </w:tr>
      <w:tr w:rsidR="00A91566" w14:paraId="5269D9F4" w14:textId="77777777">
        <w:trPr>
          <w:cantSplit/>
          <w:trHeight w:val="430"/>
        </w:trPr>
        <w:tc>
          <w:tcPr>
            <w:tcW w:w="5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2562A9" w14:textId="77777777" w:rsidR="00105674" w:rsidRPr="00921EDE" w:rsidRDefault="00E11EA8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921EDE">
              <w:rPr>
                <w:rFonts w:cs="Arial"/>
                <w:color w:val="111111"/>
                <w:sz w:val="16"/>
                <w:szCs w:val="16"/>
              </w:rPr>
              <w:t>3</w:t>
            </w:r>
          </w:p>
        </w:tc>
        <w:tc>
          <w:tcPr>
            <w:tcW w:w="1368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46E4D4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3_SECTOR"/>
                <w:tag w:val="FLIGHT_3_SECTOR"/>
                <w:id w:val="1772507994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e.g. TWU/JHB</w:t>
                </w:r>
              </w:sdtContent>
            </w:sdt>
          </w:p>
        </w:tc>
        <w:tc>
          <w:tcPr>
            <w:tcW w:w="1296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C58762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3_NO"/>
                <w:tag w:val="FLIGHT_3_NO"/>
                <w:id w:val="-314175594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Enter flight no.</w:t>
                </w:r>
              </w:sdtContent>
            </w:sdt>
          </w:p>
        </w:tc>
        <w:tc>
          <w:tcPr>
            <w:tcW w:w="1944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E7A9CC" w14:textId="1C5E1C72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3_ETD_ETA"/>
                <w:tag w:val="FLIGHT_3_ETD_ETA"/>
                <w:id w:val="852220302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HH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>: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MM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 xml:space="preserve"> 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/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 xml:space="preserve"> 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HH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>: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MM</w:t>
                </w:r>
              </w:sdtContent>
            </w:sdt>
          </w:p>
        </w:tc>
        <w:tc>
          <w:tcPr>
            <w:tcW w:w="2808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69BFDD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3_EFFECTIVE_DATE"/>
                <w:tag w:val="FLIGHT_3_EFFECTIVE_DATE"/>
                <w:id w:val="-1774312994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DD/MM/YYYY - DD/MM/YYYY</w:t>
                </w:r>
              </w:sdtContent>
            </w:sdt>
          </w:p>
        </w:tc>
        <w:tc>
          <w:tcPr>
            <w:tcW w:w="1800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F26971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3_DAY_OF_OPERATION"/>
                <w:tag w:val="FLIGHT_3_DAY_OF_OPERATION"/>
                <w:id w:val="213318019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D1-D7</w:t>
                </w:r>
              </w:sdtContent>
            </w:sdt>
          </w:p>
        </w:tc>
        <w:tc>
          <w:tcPr>
            <w:tcW w:w="2376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C3B399" w14:textId="2E7393E4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3_ATS_EXTENSION_UNTIL"/>
                <w:tag w:val="FLIGHT_3_ATS_EXTENSION_UNTIL"/>
                <w:id w:val="-1809321224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HH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>: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MM</w:t>
                </w:r>
              </w:sdtContent>
            </w:sdt>
          </w:p>
        </w:tc>
        <w:tc>
          <w:tcPr>
            <w:tcW w:w="3504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CDBA1E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3_REASON"/>
                <w:tag w:val="FLIGHT_3_REASON"/>
                <w:id w:val="1982422294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Enter details</w:t>
                </w:r>
              </w:sdtContent>
            </w:sdt>
          </w:p>
        </w:tc>
      </w:tr>
      <w:tr w:rsidR="00A91566" w14:paraId="27C24079" w14:textId="77777777">
        <w:trPr>
          <w:cantSplit/>
          <w:trHeight w:val="430"/>
        </w:trPr>
        <w:tc>
          <w:tcPr>
            <w:tcW w:w="5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DB434D" w14:textId="77777777" w:rsidR="00105674" w:rsidRPr="00921EDE" w:rsidRDefault="00E11EA8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921EDE">
              <w:rPr>
                <w:rFonts w:cs="Arial"/>
                <w:color w:val="111111"/>
                <w:sz w:val="16"/>
                <w:szCs w:val="16"/>
              </w:rPr>
              <w:t>4</w:t>
            </w:r>
          </w:p>
        </w:tc>
        <w:tc>
          <w:tcPr>
            <w:tcW w:w="1368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B1BCC3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4_SECTOR"/>
                <w:tag w:val="FLIGHT_4_SECTOR"/>
                <w:id w:val="1759240093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e.g. TWU/JHB</w:t>
                </w:r>
              </w:sdtContent>
            </w:sdt>
          </w:p>
        </w:tc>
        <w:tc>
          <w:tcPr>
            <w:tcW w:w="1296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A34BE0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4_NO"/>
                <w:tag w:val="FLIGHT_4_NO"/>
                <w:id w:val="-170728704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Enter flight no.</w:t>
                </w:r>
              </w:sdtContent>
            </w:sdt>
          </w:p>
        </w:tc>
        <w:tc>
          <w:tcPr>
            <w:tcW w:w="1944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A28B58" w14:textId="0D5DD4C2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4_ETD_ETA"/>
                <w:tag w:val="FLIGHT_4_ETD_ETA"/>
                <w:id w:val="-554159708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HH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>: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MM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 xml:space="preserve"> 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/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 xml:space="preserve"> 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HH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>: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MM</w:t>
                </w:r>
              </w:sdtContent>
            </w:sdt>
          </w:p>
        </w:tc>
        <w:tc>
          <w:tcPr>
            <w:tcW w:w="2808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C886F0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4_EFFECTIVE_DATE"/>
                <w:tag w:val="FLIGHT_4_EFFECTIVE_DATE"/>
                <w:id w:val="-1628312360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DD/MM/YYYY - DD/MM/YYYY</w:t>
                </w:r>
              </w:sdtContent>
            </w:sdt>
          </w:p>
        </w:tc>
        <w:tc>
          <w:tcPr>
            <w:tcW w:w="1800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ED621B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4_DAY_OF_OPERATION"/>
                <w:tag w:val="FLIGHT_4_DAY_OF_OPERATION"/>
                <w:id w:val="-959485212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D1-D7</w:t>
                </w:r>
              </w:sdtContent>
            </w:sdt>
          </w:p>
        </w:tc>
        <w:tc>
          <w:tcPr>
            <w:tcW w:w="2376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D97323" w14:textId="17D8722C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4_ATS_EXTENSION_UNTIL"/>
                <w:tag w:val="FLIGHT_4_ATS_EXTENSION_UNTIL"/>
                <w:id w:val="333038094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HH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>: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MM</w:t>
                </w:r>
              </w:sdtContent>
            </w:sdt>
          </w:p>
        </w:tc>
        <w:tc>
          <w:tcPr>
            <w:tcW w:w="3504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22CA93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4_REASON"/>
                <w:tag w:val="FLIGHT_4_REASON"/>
                <w:id w:val="-24334548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Enter details</w:t>
                </w:r>
              </w:sdtContent>
            </w:sdt>
          </w:p>
        </w:tc>
      </w:tr>
      <w:tr w:rsidR="00A91566" w14:paraId="614E4C3A" w14:textId="77777777">
        <w:trPr>
          <w:cantSplit/>
          <w:trHeight w:val="430"/>
        </w:trPr>
        <w:tc>
          <w:tcPr>
            <w:tcW w:w="5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3017FB" w14:textId="77777777" w:rsidR="00105674" w:rsidRPr="00921EDE" w:rsidRDefault="00E11EA8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921EDE">
              <w:rPr>
                <w:rFonts w:cs="Arial"/>
                <w:color w:val="111111"/>
                <w:sz w:val="16"/>
                <w:szCs w:val="16"/>
              </w:rPr>
              <w:t>5</w:t>
            </w:r>
          </w:p>
        </w:tc>
        <w:tc>
          <w:tcPr>
            <w:tcW w:w="1368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14D099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5_SECTOR"/>
                <w:tag w:val="FLIGHT_5_SECTOR"/>
                <w:id w:val="-1796904230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e.g. TWU/JHB</w:t>
                </w:r>
              </w:sdtContent>
            </w:sdt>
          </w:p>
        </w:tc>
        <w:tc>
          <w:tcPr>
            <w:tcW w:w="1296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93644F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5_NO"/>
                <w:tag w:val="FLIGHT_5_NO"/>
                <w:id w:val="-2030558344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Enter flight no.</w:t>
                </w:r>
              </w:sdtContent>
            </w:sdt>
          </w:p>
        </w:tc>
        <w:tc>
          <w:tcPr>
            <w:tcW w:w="1944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7C05AA" w14:textId="678E7781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5_ETD_ETA"/>
                <w:tag w:val="FLIGHT_5_ETD_ETA"/>
                <w:id w:val="239299123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HH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>: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MM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 xml:space="preserve"> 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/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 xml:space="preserve"> 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HH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>: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MM</w:t>
                </w:r>
              </w:sdtContent>
            </w:sdt>
          </w:p>
        </w:tc>
        <w:tc>
          <w:tcPr>
            <w:tcW w:w="2808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F211DD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5_EFFECTIVE_DATE"/>
                <w:tag w:val="FLIGHT_5_EFFECTIVE_DATE"/>
                <w:id w:val="1837110747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DD/MM/YYYY - DD/MM/YYYY</w:t>
                </w:r>
              </w:sdtContent>
            </w:sdt>
          </w:p>
        </w:tc>
        <w:tc>
          <w:tcPr>
            <w:tcW w:w="1800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A43395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5_DAY_OF_OPERATION"/>
                <w:tag w:val="FLIGHT_5_DAY_OF_OPERATION"/>
                <w:id w:val="-1257905526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D1-D7</w:t>
                </w:r>
              </w:sdtContent>
            </w:sdt>
          </w:p>
        </w:tc>
        <w:tc>
          <w:tcPr>
            <w:tcW w:w="2376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5BD556" w14:textId="6A5C52F8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5_ATS_EXTENSION_UNTIL"/>
                <w:tag w:val="FLIGHT_5_ATS_EXTENSION_UNTIL"/>
                <w:id w:val="976888541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HH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>: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MM</w:t>
                </w:r>
              </w:sdtContent>
            </w:sdt>
          </w:p>
        </w:tc>
        <w:tc>
          <w:tcPr>
            <w:tcW w:w="3504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1427F9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5_REASON"/>
                <w:tag w:val="FLIGHT_5_REASON"/>
                <w:id w:val="-1038126168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Enter details</w:t>
                </w:r>
              </w:sdtContent>
            </w:sdt>
          </w:p>
        </w:tc>
      </w:tr>
      <w:tr w:rsidR="00A91566" w14:paraId="50637543" w14:textId="77777777">
        <w:trPr>
          <w:cantSplit/>
          <w:trHeight w:val="430"/>
        </w:trPr>
        <w:tc>
          <w:tcPr>
            <w:tcW w:w="5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CF45EF" w14:textId="77777777" w:rsidR="00105674" w:rsidRPr="00921EDE" w:rsidRDefault="00E11EA8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921EDE">
              <w:rPr>
                <w:rFonts w:cs="Arial"/>
                <w:color w:val="111111"/>
                <w:sz w:val="16"/>
                <w:szCs w:val="16"/>
              </w:rPr>
              <w:t>6</w:t>
            </w:r>
          </w:p>
        </w:tc>
        <w:tc>
          <w:tcPr>
            <w:tcW w:w="1368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BA94C7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6_SECTOR"/>
                <w:tag w:val="FLIGHT_6_SECTOR"/>
                <w:id w:val="1597826706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e.g. TWU/JHB</w:t>
                </w:r>
              </w:sdtContent>
            </w:sdt>
          </w:p>
        </w:tc>
        <w:tc>
          <w:tcPr>
            <w:tcW w:w="1296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EA5D8D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6_NO"/>
                <w:tag w:val="FLIGHT_6_NO"/>
                <w:id w:val="-462194454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Enter flight no.</w:t>
                </w:r>
              </w:sdtContent>
            </w:sdt>
          </w:p>
        </w:tc>
        <w:tc>
          <w:tcPr>
            <w:tcW w:w="1944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13BA18" w14:textId="7665D093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6_ETD_ETA"/>
                <w:tag w:val="FLIGHT_6_ETD_ETA"/>
                <w:id w:val="75481644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HH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>: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MM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 xml:space="preserve"> 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/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 xml:space="preserve"> 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HH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>: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MM</w:t>
                </w:r>
              </w:sdtContent>
            </w:sdt>
          </w:p>
        </w:tc>
        <w:tc>
          <w:tcPr>
            <w:tcW w:w="2808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D71CB0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6_EFFECTIVE_DATE"/>
                <w:tag w:val="FLIGHT_6_EFFECTIVE_DATE"/>
                <w:id w:val="1857850924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DD/MM/YYYY - DD/MM/YYYY</w:t>
                </w:r>
              </w:sdtContent>
            </w:sdt>
          </w:p>
        </w:tc>
        <w:tc>
          <w:tcPr>
            <w:tcW w:w="1800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7449FB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6_DAY_OF_OPERATION"/>
                <w:tag w:val="FLIGHT_6_DAY_OF_OPERATION"/>
                <w:id w:val="798574762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D1-D7</w:t>
                </w:r>
              </w:sdtContent>
            </w:sdt>
          </w:p>
        </w:tc>
        <w:tc>
          <w:tcPr>
            <w:tcW w:w="2376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46E4F2" w14:textId="1E16BBA2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6_ATS_EXTENSION_UNTIL"/>
                <w:tag w:val="FLIGHT_6_ATS_EXTENSION_UNTIL"/>
                <w:id w:val="81959224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HH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>: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MM</w:t>
                </w:r>
              </w:sdtContent>
            </w:sdt>
          </w:p>
        </w:tc>
        <w:tc>
          <w:tcPr>
            <w:tcW w:w="3504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C9EBB0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6_REASON"/>
                <w:tag w:val="FLIGHT_6_REASON"/>
                <w:id w:val="1367564735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Enter details</w:t>
                </w:r>
              </w:sdtContent>
            </w:sdt>
          </w:p>
        </w:tc>
      </w:tr>
      <w:tr w:rsidR="00A91566" w14:paraId="214A881E" w14:textId="77777777">
        <w:trPr>
          <w:cantSplit/>
          <w:trHeight w:val="430"/>
        </w:trPr>
        <w:tc>
          <w:tcPr>
            <w:tcW w:w="5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965945" w14:textId="77777777" w:rsidR="00105674" w:rsidRPr="00921EDE" w:rsidRDefault="00E11EA8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921EDE">
              <w:rPr>
                <w:rFonts w:cs="Arial"/>
                <w:color w:val="111111"/>
                <w:sz w:val="16"/>
                <w:szCs w:val="16"/>
              </w:rPr>
              <w:t>7</w:t>
            </w:r>
          </w:p>
        </w:tc>
        <w:tc>
          <w:tcPr>
            <w:tcW w:w="1368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EB5BF2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7_SECTOR"/>
                <w:tag w:val="FLIGHT_7_SECTOR"/>
                <w:id w:val="595369783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e.g. TWU/JHB</w:t>
                </w:r>
              </w:sdtContent>
            </w:sdt>
          </w:p>
        </w:tc>
        <w:tc>
          <w:tcPr>
            <w:tcW w:w="1296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332F60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7_NO"/>
                <w:tag w:val="FLIGHT_7_NO"/>
                <w:id w:val="1961690865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Enter flight no.</w:t>
                </w:r>
              </w:sdtContent>
            </w:sdt>
          </w:p>
        </w:tc>
        <w:tc>
          <w:tcPr>
            <w:tcW w:w="1944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AD5543" w14:textId="4BDB6FE1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7_ETD_ETA"/>
                <w:tag w:val="FLIGHT_7_ETD_ETA"/>
                <w:id w:val="-1839918139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HH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>: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MM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 xml:space="preserve"> 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/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 xml:space="preserve"> 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HH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>: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MM</w:t>
                </w:r>
              </w:sdtContent>
            </w:sdt>
          </w:p>
        </w:tc>
        <w:tc>
          <w:tcPr>
            <w:tcW w:w="2808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ACA795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7_EFFECTIVE_DATE"/>
                <w:tag w:val="FLIGHT_7_EFFECTIVE_DATE"/>
                <w:id w:val="-1115131195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DD/MM/YYYY - DD/MM/YYYY</w:t>
                </w:r>
              </w:sdtContent>
            </w:sdt>
          </w:p>
        </w:tc>
        <w:tc>
          <w:tcPr>
            <w:tcW w:w="1800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A5DA78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7_DAY_OF_OPERATION"/>
                <w:tag w:val="FLIGHT_7_DAY_OF_OPERATION"/>
                <w:id w:val="53594941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D1-D7</w:t>
                </w:r>
              </w:sdtContent>
            </w:sdt>
          </w:p>
        </w:tc>
        <w:tc>
          <w:tcPr>
            <w:tcW w:w="2376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BAF12D" w14:textId="21B8ECD4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7_ATS_EXTENSION_UNTIL"/>
                <w:tag w:val="FLIGHT_7_ATS_EXTENSION_UNTIL"/>
                <w:id w:val="1548019618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HH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>: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MM</w:t>
                </w:r>
              </w:sdtContent>
            </w:sdt>
          </w:p>
        </w:tc>
        <w:tc>
          <w:tcPr>
            <w:tcW w:w="3504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C34569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7_REASON"/>
                <w:tag w:val="FLIGHT_7_REASON"/>
                <w:id w:val="-1340767168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Enter details</w:t>
                </w:r>
              </w:sdtContent>
            </w:sdt>
          </w:p>
        </w:tc>
      </w:tr>
      <w:tr w:rsidR="00A91566" w14:paraId="75FC1500" w14:textId="77777777">
        <w:trPr>
          <w:cantSplit/>
          <w:trHeight w:val="430"/>
        </w:trPr>
        <w:tc>
          <w:tcPr>
            <w:tcW w:w="50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549880" w14:textId="77777777" w:rsidR="00105674" w:rsidRPr="00921EDE" w:rsidRDefault="00E11EA8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921EDE">
              <w:rPr>
                <w:rFonts w:cs="Arial"/>
                <w:color w:val="111111"/>
                <w:sz w:val="16"/>
                <w:szCs w:val="16"/>
              </w:rPr>
              <w:t>8</w:t>
            </w:r>
          </w:p>
        </w:tc>
        <w:tc>
          <w:tcPr>
            <w:tcW w:w="1368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6B49C8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8_SECTOR"/>
                <w:tag w:val="FLIGHT_8_SECTOR"/>
                <w:id w:val="-453022053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e.g. TWU/JHB</w:t>
                </w:r>
              </w:sdtContent>
            </w:sdt>
          </w:p>
        </w:tc>
        <w:tc>
          <w:tcPr>
            <w:tcW w:w="1296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FA4AFB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8_NO"/>
                <w:tag w:val="FLIGHT_8_NO"/>
                <w:id w:val="-2123216384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Enter flight no.</w:t>
                </w:r>
              </w:sdtContent>
            </w:sdt>
          </w:p>
        </w:tc>
        <w:tc>
          <w:tcPr>
            <w:tcW w:w="1944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1B6A68" w14:textId="376B11AE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8_ETD_ETA"/>
                <w:tag w:val="FLIGHT_8_ETD_ETA"/>
                <w:id w:val="794108104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HH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>: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MM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 xml:space="preserve"> 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/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 xml:space="preserve"> 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HH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>: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MM</w:t>
                </w:r>
              </w:sdtContent>
            </w:sdt>
          </w:p>
        </w:tc>
        <w:tc>
          <w:tcPr>
            <w:tcW w:w="2808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CDEEEB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8_EFFECTIVE_DATE"/>
                <w:tag w:val="FLIGHT_8_EFFECTIVE_DATE"/>
                <w:id w:val="-487790610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DD/MM/YYYY - DD/MM/YYYY</w:t>
                </w:r>
              </w:sdtContent>
            </w:sdt>
          </w:p>
        </w:tc>
        <w:tc>
          <w:tcPr>
            <w:tcW w:w="1800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53B718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8_DAY_OF_OPERATION"/>
                <w:tag w:val="FLIGHT_8_DAY_OF_OPERATION"/>
                <w:id w:val="1895615828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D1-D7</w:t>
                </w:r>
              </w:sdtContent>
            </w:sdt>
          </w:p>
        </w:tc>
        <w:tc>
          <w:tcPr>
            <w:tcW w:w="2376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A3C1CD" w14:textId="5ACC03DD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8_ATS_EXTENSION_UNTIL"/>
                <w:tag w:val="FLIGHT_8_ATS_EXTENSION_UNTIL"/>
                <w:id w:val="2101523021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HH</w:t>
                </w:r>
                <w:r w:rsidR="00F02762">
                  <w:rPr>
                    <w:rFonts w:cs="Arial"/>
                    <w:color w:val="6B7780"/>
                    <w:sz w:val="16"/>
                    <w:szCs w:val="16"/>
                  </w:rPr>
                  <w:t>:</w:t>
                </w:r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MM</w:t>
                </w:r>
              </w:sdtContent>
            </w:sdt>
          </w:p>
        </w:tc>
        <w:tc>
          <w:tcPr>
            <w:tcW w:w="3504" w:type="dxa"/>
            <w:shd w:val="clear" w:color="auto" w:fill="F3F8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4EA426" w14:textId="77777777" w:rsidR="00A91566" w:rsidRPr="00921EDE" w:rsidRDefault="00145FD3" w:rsidP="00921E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6"/>
                  <w:szCs w:val="16"/>
                </w:rPr>
                <w:alias w:val="FLIGHT_8_REASON"/>
                <w:tag w:val="FLIGHT_8_REASON"/>
                <w:id w:val="-1856487618"/>
                <w:text/>
              </w:sdtPr>
              <w:sdtEndPr/>
              <w:sdtContent>
                <w:r w:rsidR="005B510B" w:rsidRPr="00921EDE">
                  <w:rPr>
                    <w:rFonts w:cs="Arial"/>
                    <w:color w:val="6B7780"/>
                    <w:sz w:val="16"/>
                    <w:szCs w:val="16"/>
                  </w:rPr>
                  <w:t>Enter details</w:t>
                </w:r>
              </w:sdtContent>
            </w:sdt>
          </w:p>
        </w:tc>
      </w:tr>
    </w:tbl>
    <w:p w14:paraId="62BEA0FA" w14:textId="77777777" w:rsidR="00A91566" w:rsidRDefault="005B510B">
      <w:pPr>
        <w:spacing w:after="0" w:line="60" w:lineRule="exact"/>
      </w:pPr>
      <w:r>
        <w:rPr>
          <w:color w:val="111111"/>
          <w:sz w:val="2"/>
        </w:rPr>
        <w:t xml:space="preserve"> </w:t>
      </w:r>
    </w:p>
    <w:p w14:paraId="463279F3" w14:textId="77777777" w:rsidR="00A91566" w:rsidRDefault="005B510B">
      <w:pPr>
        <w:spacing w:after="0" w:line="60" w:lineRule="exact"/>
      </w:pPr>
      <w:r>
        <w:rPr>
          <w:color w:val="111111"/>
          <w:sz w:val="2"/>
        </w:rPr>
        <w:t xml:space="preserve"> </w:t>
      </w:r>
    </w:p>
    <w:tbl>
      <w:tblPr>
        <w:tblW w:w="15600" w:type="dxa"/>
        <w:tblInd w:w="130" w:type="dxa"/>
        <w:tblBorders>
          <w:top w:val="single" w:sz="4" w:space="0" w:color="8EA1B1"/>
          <w:left w:val="single" w:sz="4" w:space="0" w:color="8EA1B1"/>
          <w:bottom w:val="single" w:sz="4" w:space="0" w:color="8EA1B1"/>
          <w:right w:val="single" w:sz="4" w:space="0" w:color="8EA1B1"/>
          <w:insideH w:val="single" w:sz="4" w:space="0" w:color="8EA1B1"/>
          <w:insideV w:val="single" w:sz="4" w:space="0" w:color="8EA1B1"/>
        </w:tblBorders>
        <w:tblLayout w:type="fixed"/>
        <w:tblLook w:val="04A0" w:firstRow="1" w:lastRow="0" w:firstColumn="1" w:lastColumn="0" w:noHBand="0" w:noVBand="1"/>
      </w:tblPr>
      <w:tblGrid>
        <w:gridCol w:w="15600"/>
      </w:tblGrid>
      <w:tr w:rsidR="00A91566" w14:paraId="7230C5EF" w14:textId="77777777">
        <w:trPr>
          <w:cantSplit/>
        </w:trPr>
        <w:tc>
          <w:tcPr>
            <w:tcW w:w="15600" w:type="dxa"/>
            <w:shd w:val="clear" w:color="auto" w:fill="EDF4E8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6A34DB1" w14:textId="5297746B" w:rsidR="0019305A" w:rsidRDefault="00E11EA8" w:rsidP="00921EDE">
            <w:pPr>
              <w:spacing w:after="0" w:line="240" w:lineRule="auto"/>
              <w:jc w:val="both"/>
              <w:rPr>
                <w:color w:val="111111"/>
                <w:sz w:val="16"/>
                <w:szCs w:val="16"/>
              </w:rPr>
            </w:pPr>
            <w:r w:rsidRPr="0019305A">
              <w:rPr>
                <w:b/>
                <w:color w:val="111111"/>
                <w:sz w:val="16"/>
                <w:szCs w:val="16"/>
              </w:rPr>
              <w:t xml:space="preserve">COMPLETION GUIDE: </w:t>
            </w:r>
            <w:r w:rsidRPr="0019305A">
              <w:rPr>
                <w:color w:val="111111"/>
                <w:sz w:val="16"/>
                <w:szCs w:val="16"/>
              </w:rPr>
              <w:t>From-To = city/airport pair (</w:t>
            </w:r>
            <w:r w:rsidR="0019305A" w:rsidRPr="0019305A">
              <w:rPr>
                <w:color w:val="111111"/>
                <w:sz w:val="16"/>
                <w:szCs w:val="16"/>
              </w:rPr>
              <w:t>e.g.,</w:t>
            </w:r>
            <w:r w:rsidRPr="0019305A">
              <w:rPr>
                <w:color w:val="111111"/>
                <w:sz w:val="16"/>
                <w:szCs w:val="16"/>
              </w:rPr>
              <w:t xml:space="preserve"> Tawau - Johor Bahru); Sector = IATA airport codes (</w:t>
            </w:r>
            <w:r w:rsidR="0019305A" w:rsidRPr="0019305A">
              <w:rPr>
                <w:color w:val="111111"/>
                <w:sz w:val="16"/>
                <w:szCs w:val="16"/>
              </w:rPr>
              <w:t>e.g.,</w:t>
            </w:r>
            <w:r w:rsidRPr="0019305A">
              <w:rPr>
                <w:color w:val="111111"/>
                <w:sz w:val="16"/>
                <w:szCs w:val="16"/>
              </w:rPr>
              <w:t xml:space="preserve"> TWU/JHB); Flight No. = </w:t>
            </w:r>
            <w:r w:rsidR="001953A5">
              <w:rPr>
                <w:color w:val="111111"/>
                <w:sz w:val="16"/>
                <w:szCs w:val="16"/>
              </w:rPr>
              <w:t xml:space="preserve">IATA </w:t>
            </w:r>
            <w:r w:rsidRPr="0019305A">
              <w:rPr>
                <w:color w:val="111111"/>
                <w:sz w:val="16"/>
                <w:szCs w:val="16"/>
              </w:rPr>
              <w:t>flight number</w:t>
            </w:r>
            <w:r w:rsidR="001B0CA1">
              <w:rPr>
                <w:color w:val="111111"/>
                <w:sz w:val="16"/>
                <w:szCs w:val="16"/>
              </w:rPr>
              <w:t xml:space="preserve"> codes;</w:t>
            </w:r>
            <w:r w:rsidR="0019305A">
              <w:rPr>
                <w:sz w:val="16"/>
                <w:szCs w:val="16"/>
              </w:rPr>
              <w:t xml:space="preserve"> </w:t>
            </w:r>
            <w:r w:rsidRPr="0019305A">
              <w:rPr>
                <w:color w:val="111111"/>
                <w:sz w:val="16"/>
                <w:szCs w:val="16"/>
              </w:rPr>
              <w:t xml:space="preserve">ETD = Estimated Time of Departure; </w:t>
            </w:r>
          </w:p>
          <w:p w14:paraId="09F04DEE" w14:textId="77777777" w:rsidR="0019305A" w:rsidRDefault="00E11EA8" w:rsidP="00921EDE">
            <w:pPr>
              <w:spacing w:after="0" w:line="240" w:lineRule="auto"/>
              <w:jc w:val="both"/>
              <w:rPr>
                <w:color w:val="111111"/>
                <w:sz w:val="16"/>
                <w:szCs w:val="16"/>
              </w:rPr>
            </w:pPr>
            <w:r w:rsidRPr="0019305A">
              <w:rPr>
                <w:color w:val="111111"/>
                <w:sz w:val="16"/>
                <w:szCs w:val="16"/>
              </w:rPr>
              <w:t>ETA = Estimated Time of Arrival; ND = Next Day (</w:t>
            </w:r>
            <w:r w:rsidR="0019305A" w:rsidRPr="0019305A">
              <w:rPr>
                <w:color w:val="111111"/>
                <w:sz w:val="16"/>
                <w:szCs w:val="16"/>
              </w:rPr>
              <w:t>e.g.,</w:t>
            </w:r>
            <w:r w:rsidRPr="0019305A">
              <w:rPr>
                <w:color w:val="111111"/>
                <w:sz w:val="16"/>
                <w:szCs w:val="16"/>
              </w:rPr>
              <w:t xml:space="preserve"> 2200/ND0030); Effective Date = flight date based on the airport of departure</w:t>
            </w:r>
            <w:r w:rsidR="0019305A">
              <w:rPr>
                <w:color w:val="111111"/>
                <w:sz w:val="16"/>
                <w:szCs w:val="16"/>
              </w:rPr>
              <w:t xml:space="preserve">; </w:t>
            </w:r>
          </w:p>
          <w:p w14:paraId="7D6F500A" w14:textId="163853B7" w:rsidR="00105674" w:rsidRPr="0019305A" w:rsidRDefault="00E11EA8" w:rsidP="00921EDE">
            <w:pPr>
              <w:spacing w:after="0" w:line="240" w:lineRule="auto"/>
              <w:jc w:val="both"/>
              <w:rPr>
                <w:color w:val="111111"/>
                <w:sz w:val="16"/>
                <w:szCs w:val="16"/>
              </w:rPr>
            </w:pPr>
            <w:r w:rsidRPr="0019305A">
              <w:rPr>
                <w:color w:val="111111"/>
                <w:sz w:val="16"/>
                <w:szCs w:val="16"/>
              </w:rPr>
              <w:t>Day of Operation: D1 = Monday, D2 = Tuesday, D3 = Wednesday, D4 = Thursday, D5 = Friday, D6 = Saturday, D7 = Sunday.</w:t>
            </w:r>
          </w:p>
          <w:p w14:paraId="2DC3D48A" w14:textId="77777777" w:rsidR="0019305A" w:rsidRDefault="0019305A" w:rsidP="00921EDE">
            <w:pPr>
              <w:spacing w:after="0" w:line="240" w:lineRule="auto"/>
              <w:jc w:val="both"/>
              <w:rPr>
                <w:b/>
                <w:color w:val="111111"/>
                <w:sz w:val="16"/>
                <w:szCs w:val="16"/>
              </w:rPr>
            </w:pPr>
          </w:p>
          <w:p w14:paraId="325E996D" w14:textId="210F82AA" w:rsidR="00105674" w:rsidRPr="0019305A" w:rsidRDefault="00E11EA8" w:rsidP="00921EDE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9305A">
              <w:rPr>
                <w:b/>
                <w:color w:val="111111"/>
                <w:sz w:val="16"/>
                <w:szCs w:val="16"/>
              </w:rPr>
              <w:t xml:space="preserve">SCHEDULE REQUIREMENT: </w:t>
            </w:r>
            <w:r w:rsidRPr="0019305A">
              <w:rPr>
                <w:color w:val="111111"/>
                <w:sz w:val="16"/>
                <w:szCs w:val="16"/>
              </w:rPr>
              <w:t>State the requested ATS extension end time in</w:t>
            </w:r>
            <w:r w:rsidR="00296120">
              <w:rPr>
                <w:color w:val="111111"/>
                <w:sz w:val="16"/>
                <w:szCs w:val="16"/>
              </w:rPr>
              <w:t xml:space="preserve"> UTC</w:t>
            </w:r>
            <w:r w:rsidRPr="0019305A">
              <w:rPr>
                <w:color w:val="111111"/>
                <w:sz w:val="16"/>
                <w:szCs w:val="16"/>
              </w:rPr>
              <w:t>. For additional flights or routes, attach additional schedule pages.</w:t>
            </w:r>
          </w:p>
        </w:tc>
      </w:tr>
    </w:tbl>
    <w:p w14:paraId="26A3A620" w14:textId="77777777" w:rsidR="00A91566" w:rsidRDefault="00A91566"/>
    <w:p w14:paraId="0E031115" w14:textId="3E347D84" w:rsidR="006F0E72" w:rsidRDefault="006F0E72" w:rsidP="006F0E72">
      <w:pPr>
        <w:tabs>
          <w:tab w:val="left" w:pos="6285"/>
        </w:tabs>
      </w:pPr>
      <w:r>
        <w:tab/>
      </w:r>
    </w:p>
    <w:p w14:paraId="54264BC6" w14:textId="26B30E33" w:rsidR="006F0E72" w:rsidRPr="006F0E72" w:rsidRDefault="006F0E72" w:rsidP="006F0E72">
      <w:pPr>
        <w:tabs>
          <w:tab w:val="left" w:pos="6285"/>
        </w:tabs>
        <w:sectPr w:rsidR="006F0E72" w:rsidRPr="006F0E72">
          <w:headerReference w:type="default" r:id="rId10"/>
          <w:footerReference w:type="default" r:id="rId11"/>
          <w:pgSz w:w="16838" w:h="11906" w:orient="landscape"/>
          <w:pgMar w:top="709" w:right="652" w:bottom="652" w:left="652" w:header="255" w:footer="255" w:gutter="0"/>
          <w:cols w:space="720"/>
          <w:docGrid w:linePitch="360"/>
        </w:sectPr>
      </w:pPr>
      <w:r>
        <w:tab/>
      </w:r>
    </w:p>
    <w:tbl>
      <w:tblPr>
        <w:tblW w:w="9360" w:type="dxa"/>
        <w:tblInd w:w="120" w:type="dxa"/>
        <w:tblBorders>
          <w:top w:val="single" w:sz="4" w:space="0" w:color="123B5D"/>
          <w:left w:val="single" w:sz="4" w:space="0" w:color="123B5D"/>
          <w:bottom w:val="single" w:sz="4" w:space="0" w:color="123B5D"/>
          <w:right w:val="single" w:sz="4" w:space="0" w:color="123B5D"/>
          <w:insideH w:val="single" w:sz="4" w:space="0" w:color="123B5D"/>
          <w:insideV w:val="single" w:sz="4" w:space="0" w:color="123B5D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8790"/>
      </w:tblGrid>
      <w:tr w:rsidR="00A91566" w14:paraId="204B654C" w14:textId="77777777">
        <w:trPr>
          <w:cantSplit/>
        </w:trPr>
        <w:tc>
          <w:tcPr>
            <w:tcW w:w="570" w:type="dxa"/>
            <w:shd w:val="clear" w:color="auto" w:fill="2D6F9E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C35BEC6" w14:textId="77777777" w:rsidR="00A91566" w:rsidRDefault="005B510B">
            <w:pPr>
              <w:keepNext/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lastRenderedPageBreak/>
              <w:t>3</w:t>
            </w:r>
          </w:p>
        </w:tc>
        <w:tc>
          <w:tcPr>
            <w:tcW w:w="8790" w:type="dxa"/>
            <w:shd w:val="clear" w:color="auto" w:fill="123B5D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4E49596" w14:textId="77777777" w:rsidR="00A91566" w:rsidRDefault="005B510B">
            <w:pPr>
              <w:keepNext/>
              <w:spacing w:after="0" w:line="240" w:lineRule="auto"/>
            </w:pPr>
            <w:r>
              <w:rPr>
                <w:b/>
                <w:color w:val="FFFFFF"/>
                <w:sz w:val="20"/>
              </w:rPr>
              <w:t>PRE-PLANNED EXTENSION APPLICATION</w:t>
            </w:r>
            <w:r>
              <w:rPr>
                <w:color w:val="D7E8F5"/>
                <w:sz w:val="16"/>
              </w:rPr>
              <w:t xml:space="preserve">  |  Complete this section only if Pre-planned was selected</w:t>
            </w:r>
          </w:p>
        </w:tc>
      </w:tr>
    </w:tbl>
    <w:p w14:paraId="0779EB3B" w14:textId="77777777" w:rsidR="00A91566" w:rsidRDefault="005B510B">
      <w:pPr>
        <w:spacing w:after="0" w:line="40" w:lineRule="exact"/>
      </w:pPr>
      <w:r>
        <w:rPr>
          <w:color w:val="111111"/>
          <w:sz w:val="2"/>
        </w:rPr>
        <w:t xml:space="preserve"> </w:t>
      </w:r>
    </w:p>
    <w:p w14:paraId="58541B50" w14:textId="77777777" w:rsidR="00A91566" w:rsidRDefault="005B510B">
      <w:pPr>
        <w:spacing w:after="0" w:line="60" w:lineRule="exact"/>
      </w:pPr>
      <w:r>
        <w:rPr>
          <w:color w:val="111111"/>
          <w:sz w:val="2"/>
        </w:rPr>
        <w:t xml:space="preserve"> </w:t>
      </w:r>
    </w:p>
    <w:tbl>
      <w:tblPr>
        <w:tblW w:w="9360" w:type="dxa"/>
        <w:tblInd w:w="130" w:type="dxa"/>
        <w:tblBorders>
          <w:top w:val="single" w:sz="4" w:space="0" w:color="C7B76E"/>
          <w:left w:val="single" w:sz="4" w:space="0" w:color="C7B76E"/>
          <w:bottom w:val="single" w:sz="4" w:space="0" w:color="C7B76E"/>
          <w:right w:val="single" w:sz="4" w:space="0" w:color="C7B76E"/>
          <w:insideH w:val="single" w:sz="4" w:space="0" w:color="C7B76E"/>
          <w:insideV w:val="single" w:sz="4" w:space="0" w:color="C7B76E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A91566" w14:paraId="3D5E1925" w14:textId="77777777">
        <w:trPr>
          <w:cantSplit/>
        </w:trPr>
        <w:tc>
          <w:tcPr>
            <w:tcW w:w="9360" w:type="dxa"/>
            <w:shd w:val="clear" w:color="auto" w:fill="FFF4CC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DA8BCC2" w14:textId="77777777" w:rsidR="00A91566" w:rsidRDefault="005B510B" w:rsidP="000831A5">
            <w:pPr>
              <w:spacing w:after="0" w:line="252" w:lineRule="auto"/>
              <w:jc w:val="both"/>
            </w:pPr>
            <w:r>
              <w:rPr>
                <w:b/>
                <w:color w:val="111111"/>
                <w:sz w:val="16"/>
              </w:rPr>
              <w:t xml:space="preserve">MINIMUM TIMELINE: </w:t>
            </w:r>
            <w:r>
              <w:rPr>
                <w:color w:val="111111"/>
                <w:sz w:val="16"/>
              </w:rPr>
              <w:t>Submit the complete application at least forty-five (45) days before commencement of operations. Submit this application for CAAM pre-approval before applying to NSCM for slots.</w:t>
            </w:r>
          </w:p>
        </w:tc>
      </w:tr>
    </w:tbl>
    <w:p w14:paraId="5DF782E5" w14:textId="77777777" w:rsidR="00A91566" w:rsidRDefault="005B510B">
      <w:pPr>
        <w:spacing w:after="0" w:line="60" w:lineRule="exact"/>
      </w:pPr>
      <w:r>
        <w:rPr>
          <w:color w:val="111111"/>
          <w:sz w:val="2"/>
        </w:rPr>
        <w:t xml:space="preserve"> </w:t>
      </w:r>
    </w:p>
    <w:tbl>
      <w:tblPr>
        <w:tblW w:w="9373" w:type="dxa"/>
        <w:tblInd w:w="120" w:type="dxa"/>
        <w:tblBorders>
          <w:top w:val="single" w:sz="4" w:space="0" w:color="8EA1B1"/>
          <w:left w:val="single" w:sz="4" w:space="0" w:color="8EA1B1"/>
          <w:bottom w:val="single" w:sz="4" w:space="0" w:color="8EA1B1"/>
          <w:right w:val="single" w:sz="4" w:space="0" w:color="8EA1B1"/>
          <w:insideH w:val="single" w:sz="4" w:space="0" w:color="8EA1B1"/>
          <w:insideV w:val="single" w:sz="4" w:space="0" w:color="8EA1B1"/>
        </w:tblBorders>
        <w:tblLayout w:type="fixed"/>
        <w:tblLook w:val="04A0" w:firstRow="1" w:lastRow="0" w:firstColumn="1" w:lastColumn="0" w:noHBand="0" w:noVBand="1"/>
      </w:tblPr>
      <w:tblGrid>
        <w:gridCol w:w="4674"/>
        <w:gridCol w:w="4699"/>
      </w:tblGrid>
      <w:tr w:rsidR="00A91566" w14:paraId="7FC448D4" w14:textId="77777777" w:rsidTr="0013176A">
        <w:trPr>
          <w:cantSplit/>
        </w:trPr>
        <w:tc>
          <w:tcPr>
            <w:tcW w:w="9373" w:type="dxa"/>
            <w:gridSpan w:val="2"/>
            <w:shd w:val="clear" w:color="auto" w:fill="DCEAF5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7B657EF4" w14:textId="77777777" w:rsidR="00A91566" w:rsidRDefault="005B510B">
            <w:pPr>
              <w:spacing w:after="0" w:line="240" w:lineRule="auto"/>
            </w:pPr>
            <w:r>
              <w:rPr>
                <w:b/>
                <w:color w:val="123B5D"/>
              </w:rPr>
              <w:t>A. BASIS AND PLANNING INFORMATION</w:t>
            </w:r>
          </w:p>
        </w:tc>
      </w:tr>
      <w:tr w:rsidR="00A91566" w14:paraId="0427F7C7" w14:textId="77777777" w:rsidTr="0013176A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  <w:trHeight w:val="506"/>
        </w:trPr>
        <w:tc>
          <w:tcPr>
            <w:tcW w:w="4674" w:type="dxa"/>
          </w:tcPr>
          <w:p w14:paraId="282AE654" w14:textId="2E17D83C" w:rsidR="00A91566" w:rsidRDefault="00145FD3">
            <w:pPr>
              <w:spacing w:after="0" w:line="240" w:lineRule="auto"/>
            </w:pPr>
            <w:sdt>
              <w:sdtPr>
                <w:alias w:val="CB_PP_FESTIVE"/>
                <w:tag w:val="CB_PP_FESTIVE"/>
                <w:id w:val="31075789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0D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510B">
              <w:rPr>
                <w:color w:val="111111"/>
                <w:sz w:val="16"/>
              </w:rPr>
              <w:t xml:space="preserve">  Malaysian festive season or public holiday</w:t>
            </w:r>
          </w:p>
        </w:tc>
        <w:tc>
          <w:tcPr>
            <w:tcW w:w="4699" w:type="dxa"/>
          </w:tcPr>
          <w:p w14:paraId="10D2DAFE" w14:textId="7C9A3AC6" w:rsidR="00A91566" w:rsidRDefault="00145FD3">
            <w:pPr>
              <w:spacing w:after="0" w:line="240" w:lineRule="auto"/>
            </w:pPr>
            <w:sdt>
              <w:sdtPr>
                <w:alias w:val="CB_PP_CHARTER"/>
                <w:tag w:val="CB_PP_CHARTER"/>
                <w:id w:val="156922431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0D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510B">
              <w:rPr>
                <w:color w:val="111111"/>
                <w:sz w:val="16"/>
              </w:rPr>
              <w:t xml:space="preserve">  Planned charter operation by a Malaysian operator holding a valid ASL and AOC</w:t>
            </w:r>
          </w:p>
        </w:tc>
      </w:tr>
      <w:tr w:rsidR="00A91566" w14:paraId="093F7DD4" w14:textId="77777777" w:rsidTr="0013176A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</w:trPr>
        <w:tc>
          <w:tcPr>
            <w:tcW w:w="4674" w:type="dxa"/>
          </w:tcPr>
          <w:p w14:paraId="0C5934EF" w14:textId="77777777" w:rsidR="00A91566" w:rsidRDefault="00145FD3">
            <w:pPr>
              <w:spacing w:after="0" w:line="240" w:lineRule="auto"/>
            </w:pPr>
            <w:sdt>
              <w:sdtPr>
                <w:alias w:val="CB_PP_OTHER"/>
                <w:tag w:val="CB_PP_OTHER"/>
                <w:id w:val="116644066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10B">
                  <w:rPr>
                    <w:color w:val="111111"/>
                    <w:sz w:val="16"/>
                  </w:rPr>
                  <w:t>☐</w:t>
                </w:r>
              </w:sdtContent>
            </w:sdt>
            <w:r w:rsidR="005B510B">
              <w:rPr>
                <w:color w:val="111111"/>
                <w:sz w:val="16"/>
              </w:rPr>
              <w:t xml:space="preserve">  Other operational demand (explain below)</w:t>
            </w:r>
          </w:p>
        </w:tc>
        <w:tc>
          <w:tcPr>
            <w:tcW w:w="4699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506BAC" w14:textId="77777777" w:rsidR="00A91566" w:rsidRDefault="00145FD3">
            <w:pPr>
              <w:spacing w:after="0" w:line="240" w:lineRule="auto"/>
            </w:pPr>
            <w:sdt>
              <w:sdtPr>
                <w:alias w:val="PP_OTHER_REASON"/>
                <w:tag w:val="PP_OTHER_REASON"/>
                <w:id w:val="605240649"/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Enter details</w:t>
                </w:r>
              </w:sdtContent>
            </w:sdt>
          </w:p>
        </w:tc>
      </w:tr>
      <w:tr w:rsidR="00A91566" w14:paraId="33564C2B" w14:textId="77777777" w:rsidTr="0013176A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  <w:trHeight w:val="680"/>
        </w:trPr>
        <w:tc>
          <w:tcPr>
            <w:tcW w:w="4674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CAE769" w14:textId="77777777" w:rsidR="00A91566" w:rsidRDefault="005B510B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>Planning rationale and expected passenger/operational demand</w:t>
            </w:r>
          </w:p>
        </w:tc>
        <w:tc>
          <w:tcPr>
            <w:tcW w:w="4699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1C863A" w14:textId="77777777" w:rsidR="00A91566" w:rsidRDefault="00145FD3">
            <w:pPr>
              <w:spacing w:after="240" w:line="240" w:lineRule="auto"/>
            </w:pPr>
            <w:sdt>
              <w:sdtPr>
                <w:alias w:val="PP_PLANNING_RATIONALE"/>
                <w:tag w:val="PP_PLANNING_RATIONALE"/>
                <w:id w:val="1660196067"/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Enter details</w:t>
                </w:r>
              </w:sdtContent>
            </w:sdt>
          </w:p>
        </w:tc>
      </w:tr>
    </w:tbl>
    <w:p w14:paraId="10B4D315" w14:textId="77777777" w:rsidR="00A91566" w:rsidRDefault="005B510B">
      <w:pPr>
        <w:spacing w:after="0" w:line="60" w:lineRule="exact"/>
      </w:pPr>
      <w:r>
        <w:rPr>
          <w:color w:val="111111"/>
          <w:sz w:val="2"/>
        </w:rPr>
        <w:t xml:space="preserve"> </w:t>
      </w:r>
    </w:p>
    <w:tbl>
      <w:tblPr>
        <w:tblW w:w="9373" w:type="dxa"/>
        <w:tblInd w:w="120" w:type="dxa"/>
        <w:tblBorders>
          <w:top w:val="single" w:sz="4" w:space="0" w:color="8EA1B1"/>
          <w:left w:val="single" w:sz="4" w:space="0" w:color="8EA1B1"/>
          <w:bottom w:val="single" w:sz="4" w:space="0" w:color="8EA1B1"/>
          <w:right w:val="single" w:sz="4" w:space="0" w:color="8EA1B1"/>
          <w:insideH w:val="single" w:sz="4" w:space="0" w:color="8EA1B1"/>
          <w:insideV w:val="single" w:sz="4" w:space="0" w:color="8EA1B1"/>
        </w:tblBorders>
        <w:tblLayout w:type="fixed"/>
        <w:tblLook w:val="04A0" w:firstRow="1" w:lastRow="0" w:firstColumn="1" w:lastColumn="0" w:noHBand="0" w:noVBand="1"/>
      </w:tblPr>
      <w:tblGrid>
        <w:gridCol w:w="9373"/>
      </w:tblGrid>
      <w:tr w:rsidR="00A91566" w14:paraId="56F9E443" w14:textId="77777777" w:rsidTr="0013176A">
        <w:trPr>
          <w:cantSplit/>
        </w:trPr>
        <w:tc>
          <w:tcPr>
            <w:tcW w:w="9373" w:type="dxa"/>
            <w:shd w:val="clear" w:color="auto" w:fill="DCEAF5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04128EB8" w14:textId="77777777" w:rsidR="00A91566" w:rsidRDefault="005B510B">
            <w:pPr>
              <w:spacing w:after="0" w:line="240" w:lineRule="auto"/>
            </w:pPr>
            <w:r>
              <w:rPr>
                <w:b/>
                <w:color w:val="123B5D"/>
              </w:rPr>
              <w:t xml:space="preserve">B. REQUIRED SUBMISSION </w:t>
            </w:r>
            <w:r w:rsidR="0013176A">
              <w:rPr>
                <w:b/>
                <w:color w:val="123B5D"/>
              </w:rPr>
              <w:t>PACKAGE</w:t>
            </w:r>
            <w:r w:rsidR="0013176A">
              <w:rPr>
                <w:i/>
                <w:color w:val="6B7780"/>
                <w:sz w:val="15"/>
              </w:rPr>
              <w:t xml:space="preserve"> Tick</w:t>
            </w:r>
            <w:r>
              <w:rPr>
                <w:i/>
                <w:color w:val="6B7780"/>
                <w:sz w:val="15"/>
              </w:rPr>
              <w:t xml:space="preserve"> each item included with the email submission</w:t>
            </w:r>
          </w:p>
        </w:tc>
      </w:tr>
      <w:tr w:rsidR="0013176A" w14:paraId="3C00EBAB" w14:textId="77777777" w:rsidTr="0013176A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  <w:trHeight w:val="254"/>
        </w:trPr>
        <w:tc>
          <w:tcPr>
            <w:tcW w:w="9373" w:type="dxa"/>
          </w:tcPr>
          <w:p w14:paraId="4BB6B9C1" w14:textId="3421B95E" w:rsidR="0013176A" w:rsidRDefault="00145FD3">
            <w:pPr>
              <w:spacing w:after="0" w:line="240" w:lineRule="auto"/>
            </w:pPr>
            <w:sdt>
              <w:sdtPr>
                <w:alias w:val="CB_PP_FORM"/>
                <w:tag w:val="CB_PP_FORM"/>
                <w:id w:val="41282890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0D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3176A">
              <w:rPr>
                <w:color w:val="111111"/>
                <w:sz w:val="16"/>
              </w:rPr>
              <w:t xml:space="preserve">  Completed Extension of ATS Operating Hours Application Form</w:t>
            </w:r>
          </w:p>
        </w:tc>
      </w:tr>
      <w:tr w:rsidR="0013176A" w14:paraId="4BCF58C2" w14:textId="77777777" w:rsidTr="0013176A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  <w:trHeight w:val="272"/>
        </w:trPr>
        <w:tc>
          <w:tcPr>
            <w:tcW w:w="9373" w:type="dxa"/>
          </w:tcPr>
          <w:p w14:paraId="0A5DCEB3" w14:textId="0B3BF548" w:rsidR="0013176A" w:rsidRDefault="00145FD3">
            <w:pPr>
              <w:spacing w:after="0" w:line="240" w:lineRule="auto"/>
            </w:pPr>
            <w:sdt>
              <w:sdtPr>
                <w:alias w:val="CB_PP_LETTER"/>
                <w:tag w:val="CB_PP_LETTER"/>
                <w:id w:val="-26407376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0D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3176A">
              <w:rPr>
                <w:color w:val="111111"/>
                <w:sz w:val="16"/>
              </w:rPr>
              <w:t xml:space="preserve">  Official application letter addressed to the Chief Executive Officer of CAAM</w:t>
            </w:r>
          </w:p>
        </w:tc>
      </w:tr>
      <w:tr w:rsidR="0013176A" w14:paraId="726DBCA0" w14:textId="77777777" w:rsidTr="0013176A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  <w:trHeight w:val="276"/>
        </w:trPr>
        <w:tc>
          <w:tcPr>
            <w:tcW w:w="9373" w:type="dxa"/>
          </w:tcPr>
          <w:p w14:paraId="6C8CD900" w14:textId="77777777" w:rsidR="0013176A" w:rsidRDefault="00145FD3">
            <w:pPr>
              <w:spacing w:after="0" w:line="240" w:lineRule="auto"/>
            </w:pPr>
            <w:sdt>
              <w:sdtPr>
                <w:alias w:val="CB_PP_SCHEDULE"/>
                <w:tag w:val="CB_PP_SCHEDULE"/>
                <w:id w:val="139092273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176A">
                  <w:rPr>
                    <w:color w:val="111111"/>
                    <w:sz w:val="16"/>
                  </w:rPr>
                  <w:t>☐</w:t>
                </w:r>
              </w:sdtContent>
            </w:sdt>
            <w:r w:rsidR="0013176A">
              <w:rPr>
                <w:color w:val="111111"/>
                <w:sz w:val="16"/>
              </w:rPr>
              <w:t xml:space="preserve">  Complete proposed flight schedule (including any additional attachment)</w:t>
            </w:r>
          </w:p>
        </w:tc>
      </w:tr>
      <w:tr w:rsidR="0013176A" w14:paraId="100F8A83" w14:textId="77777777" w:rsidTr="0013176A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  <w:trHeight w:val="266"/>
        </w:trPr>
        <w:tc>
          <w:tcPr>
            <w:tcW w:w="9373" w:type="dxa"/>
          </w:tcPr>
          <w:p w14:paraId="76EA280E" w14:textId="3825043E" w:rsidR="0013176A" w:rsidRDefault="00145FD3">
            <w:pPr>
              <w:spacing w:after="0" w:line="240" w:lineRule="auto"/>
            </w:pPr>
            <w:sdt>
              <w:sdtPr>
                <w:alias w:val="CB_PP_OTHER_DOC"/>
                <w:tag w:val="CB_PP_OTHER_DOC"/>
                <w:id w:val="-652018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0D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3176A">
              <w:rPr>
                <w:color w:val="111111"/>
                <w:sz w:val="16"/>
              </w:rPr>
              <w:t xml:space="preserve">  Other information or document required by CAAM</w:t>
            </w:r>
          </w:p>
        </w:tc>
      </w:tr>
    </w:tbl>
    <w:p w14:paraId="3F418CF2" w14:textId="77777777" w:rsidR="00A91566" w:rsidRDefault="005B510B">
      <w:pPr>
        <w:spacing w:after="0" w:line="60" w:lineRule="exact"/>
      </w:pPr>
      <w:r>
        <w:rPr>
          <w:color w:val="111111"/>
          <w:sz w:val="2"/>
        </w:rPr>
        <w:t xml:space="preserve"> </w:t>
      </w:r>
    </w:p>
    <w:p w14:paraId="50C8F315" w14:textId="77777777" w:rsidR="00A91566" w:rsidRDefault="005B510B">
      <w:pPr>
        <w:spacing w:after="0" w:line="60" w:lineRule="exact"/>
      </w:pPr>
      <w:r>
        <w:rPr>
          <w:color w:val="111111"/>
          <w:sz w:val="2"/>
        </w:rPr>
        <w:t xml:space="preserve"> </w:t>
      </w:r>
    </w:p>
    <w:tbl>
      <w:tblPr>
        <w:tblW w:w="9360" w:type="dxa"/>
        <w:tblInd w:w="120" w:type="dxa"/>
        <w:tblBorders>
          <w:top w:val="single" w:sz="4" w:space="0" w:color="123B5D"/>
          <w:left w:val="single" w:sz="4" w:space="0" w:color="123B5D"/>
          <w:bottom w:val="single" w:sz="4" w:space="0" w:color="123B5D"/>
          <w:right w:val="single" w:sz="4" w:space="0" w:color="123B5D"/>
          <w:insideH w:val="single" w:sz="4" w:space="0" w:color="123B5D"/>
          <w:insideV w:val="single" w:sz="4" w:space="0" w:color="123B5D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8790"/>
      </w:tblGrid>
      <w:tr w:rsidR="00A91566" w14:paraId="2DC40253" w14:textId="77777777">
        <w:trPr>
          <w:cantSplit/>
        </w:trPr>
        <w:tc>
          <w:tcPr>
            <w:tcW w:w="570" w:type="dxa"/>
            <w:shd w:val="clear" w:color="auto" w:fill="2D6F9E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8225E4C" w14:textId="77777777" w:rsidR="00A91566" w:rsidRDefault="005B510B">
            <w:pPr>
              <w:keepNext/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4</w:t>
            </w:r>
          </w:p>
        </w:tc>
        <w:tc>
          <w:tcPr>
            <w:tcW w:w="8790" w:type="dxa"/>
            <w:shd w:val="clear" w:color="auto" w:fill="123B5D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9885223" w14:textId="77777777" w:rsidR="00A91566" w:rsidRDefault="005B510B">
            <w:pPr>
              <w:keepNext/>
              <w:spacing w:after="0" w:line="240" w:lineRule="auto"/>
            </w:pPr>
            <w:r>
              <w:rPr>
                <w:b/>
                <w:color w:val="FFFFFF"/>
                <w:sz w:val="20"/>
              </w:rPr>
              <w:t>AD-HOC EXTENSION APPLICATION</w:t>
            </w:r>
            <w:r>
              <w:rPr>
                <w:color w:val="D7E8F5"/>
                <w:sz w:val="16"/>
              </w:rPr>
              <w:t xml:space="preserve">  |  Complete this section only if Ad-hoc was selected</w:t>
            </w:r>
          </w:p>
        </w:tc>
      </w:tr>
    </w:tbl>
    <w:p w14:paraId="5399FC6C" w14:textId="77777777" w:rsidR="00A91566" w:rsidRDefault="005B510B">
      <w:pPr>
        <w:spacing w:after="0" w:line="40" w:lineRule="exact"/>
      </w:pPr>
      <w:r>
        <w:rPr>
          <w:color w:val="111111"/>
          <w:sz w:val="2"/>
        </w:rPr>
        <w:t xml:space="preserve"> </w:t>
      </w:r>
    </w:p>
    <w:p w14:paraId="64E1FC73" w14:textId="77777777" w:rsidR="00A91566" w:rsidRDefault="005B510B">
      <w:pPr>
        <w:spacing w:after="0" w:line="60" w:lineRule="exact"/>
      </w:pPr>
      <w:r>
        <w:rPr>
          <w:color w:val="111111"/>
          <w:sz w:val="2"/>
        </w:rPr>
        <w:t xml:space="preserve"> </w:t>
      </w:r>
    </w:p>
    <w:tbl>
      <w:tblPr>
        <w:tblW w:w="9360" w:type="dxa"/>
        <w:tblInd w:w="130" w:type="dxa"/>
        <w:tblBorders>
          <w:top w:val="single" w:sz="4" w:space="0" w:color="C7B76E"/>
          <w:left w:val="single" w:sz="4" w:space="0" w:color="C7B76E"/>
          <w:bottom w:val="single" w:sz="4" w:space="0" w:color="C7B76E"/>
          <w:right w:val="single" w:sz="4" w:space="0" w:color="C7B76E"/>
          <w:insideH w:val="single" w:sz="4" w:space="0" w:color="C7B76E"/>
          <w:insideV w:val="single" w:sz="4" w:space="0" w:color="C7B76E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A91566" w14:paraId="7DED0496" w14:textId="77777777">
        <w:trPr>
          <w:cantSplit/>
        </w:trPr>
        <w:tc>
          <w:tcPr>
            <w:tcW w:w="9360" w:type="dxa"/>
            <w:shd w:val="clear" w:color="auto" w:fill="FFF4CC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C9EAA03" w14:textId="77777777" w:rsidR="00A91566" w:rsidRDefault="005B510B" w:rsidP="000831A5">
            <w:pPr>
              <w:spacing w:after="0" w:line="252" w:lineRule="auto"/>
              <w:jc w:val="both"/>
            </w:pPr>
            <w:r>
              <w:rPr>
                <w:b/>
                <w:color w:val="111111"/>
                <w:sz w:val="16"/>
              </w:rPr>
              <w:t xml:space="preserve">MINIMUM NOTIFICATION: </w:t>
            </w:r>
            <w:r>
              <w:rPr>
                <w:color w:val="111111"/>
                <w:sz w:val="16"/>
              </w:rPr>
              <w:t>For an extension after published ATS hours, submit at least 3 hours before the published end time. For ATS commencement before published hours, submit at least 3 hours before the published end time on the preceding day.</w:t>
            </w:r>
          </w:p>
        </w:tc>
      </w:tr>
    </w:tbl>
    <w:p w14:paraId="08D5E3FC" w14:textId="77777777" w:rsidR="00A91566" w:rsidRDefault="005B510B">
      <w:pPr>
        <w:spacing w:after="0" w:line="60" w:lineRule="exact"/>
      </w:pPr>
      <w:r>
        <w:rPr>
          <w:color w:val="111111"/>
          <w:sz w:val="2"/>
        </w:rPr>
        <w:t xml:space="preserve"> </w:t>
      </w:r>
    </w:p>
    <w:tbl>
      <w:tblPr>
        <w:tblW w:w="9373" w:type="dxa"/>
        <w:tblInd w:w="120" w:type="dxa"/>
        <w:tblBorders>
          <w:top w:val="single" w:sz="4" w:space="0" w:color="8EA1B1"/>
          <w:left w:val="single" w:sz="4" w:space="0" w:color="8EA1B1"/>
          <w:bottom w:val="single" w:sz="4" w:space="0" w:color="8EA1B1"/>
          <w:right w:val="single" w:sz="4" w:space="0" w:color="8EA1B1"/>
          <w:insideH w:val="single" w:sz="4" w:space="0" w:color="8EA1B1"/>
          <w:insideV w:val="single" w:sz="4" w:space="0" w:color="8EA1B1"/>
        </w:tblBorders>
        <w:tblLayout w:type="fixed"/>
        <w:tblLook w:val="04A0" w:firstRow="1" w:lastRow="0" w:firstColumn="1" w:lastColumn="0" w:noHBand="0" w:noVBand="1"/>
      </w:tblPr>
      <w:tblGrid>
        <w:gridCol w:w="4674"/>
        <w:gridCol w:w="4699"/>
      </w:tblGrid>
      <w:tr w:rsidR="00A91566" w14:paraId="2E7F3A45" w14:textId="77777777" w:rsidTr="005548B2">
        <w:trPr>
          <w:cantSplit/>
        </w:trPr>
        <w:tc>
          <w:tcPr>
            <w:tcW w:w="9373" w:type="dxa"/>
            <w:gridSpan w:val="2"/>
            <w:shd w:val="clear" w:color="auto" w:fill="DCEAF5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1097E6D5" w14:textId="77777777" w:rsidR="00A91566" w:rsidRDefault="005B510B">
            <w:pPr>
              <w:spacing w:after="0" w:line="240" w:lineRule="auto"/>
            </w:pPr>
            <w:r>
              <w:rPr>
                <w:b/>
                <w:color w:val="123B5D"/>
              </w:rPr>
              <w:t>A. URGENT OR UNFORESEEN CIRCUMSTANCE</w:t>
            </w:r>
          </w:p>
        </w:tc>
      </w:tr>
      <w:tr w:rsidR="00A91566" w14:paraId="2491482D" w14:textId="77777777" w:rsidTr="005548B2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  <w:trHeight w:val="252"/>
        </w:trPr>
        <w:tc>
          <w:tcPr>
            <w:tcW w:w="4674" w:type="dxa"/>
          </w:tcPr>
          <w:p w14:paraId="61EB2814" w14:textId="1BB644C9" w:rsidR="00A91566" w:rsidRDefault="00145FD3">
            <w:pPr>
              <w:spacing w:after="0" w:line="240" w:lineRule="auto"/>
            </w:pPr>
            <w:sdt>
              <w:sdtPr>
                <w:alias w:val="CB_AH_DELAY"/>
                <w:tag w:val="CB_AH_DELAY"/>
                <w:id w:val="-20881144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0D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510B">
              <w:rPr>
                <w:color w:val="111111"/>
                <w:sz w:val="16"/>
              </w:rPr>
              <w:t xml:space="preserve">  Delayed arrival/departure of an existing scheduled flight</w:t>
            </w:r>
          </w:p>
        </w:tc>
        <w:tc>
          <w:tcPr>
            <w:tcW w:w="4699" w:type="dxa"/>
          </w:tcPr>
          <w:p w14:paraId="156D7E41" w14:textId="77777777" w:rsidR="00A91566" w:rsidRDefault="00145FD3">
            <w:pPr>
              <w:spacing w:after="0" w:line="240" w:lineRule="auto"/>
            </w:pPr>
            <w:sdt>
              <w:sdtPr>
                <w:alias w:val="CB_AH_DISRUPTION"/>
                <w:tag w:val="CB_AH_DISRUPTION"/>
                <w:id w:val="-16294238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10B">
                  <w:rPr>
                    <w:color w:val="111111"/>
                    <w:sz w:val="16"/>
                  </w:rPr>
                  <w:t>☐</w:t>
                </w:r>
              </w:sdtContent>
            </w:sdt>
            <w:r w:rsidR="005B510B">
              <w:rPr>
                <w:color w:val="111111"/>
                <w:sz w:val="16"/>
              </w:rPr>
              <w:t xml:space="preserve">  Operational disruption affecting the original flight schedule</w:t>
            </w:r>
          </w:p>
        </w:tc>
      </w:tr>
      <w:tr w:rsidR="00A91566" w14:paraId="6BF9B55A" w14:textId="77777777" w:rsidTr="005548B2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</w:trPr>
        <w:tc>
          <w:tcPr>
            <w:tcW w:w="4674" w:type="dxa"/>
          </w:tcPr>
          <w:p w14:paraId="748AA18A" w14:textId="26A2D8E4" w:rsidR="00A91566" w:rsidRDefault="00145FD3">
            <w:pPr>
              <w:spacing w:after="0" w:line="240" w:lineRule="auto"/>
            </w:pPr>
            <w:sdt>
              <w:sdtPr>
                <w:alias w:val="CB_AH_DIVERSION"/>
                <w:tag w:val="CB_AH_DIVERSION"/>
                <w:id w:val="-129019952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3EA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510B">
              <w:rPr>
                <w:color w:val="111111"/>
                <w:sz w:val="16"/>
              </w:rPr>
              <w:t xml:space="preserve">  Diversion</w:t>
            </w:r>
          </w:p>
        </w:tc>
        <w:tc>
          <w:tcPr>
            <w:tcW w:w="4699" w:type="dxa"/>
          </w:tcPr>
          <w:p w14:paraId="05641802" w14:textId="09C71BFD" w:rsidR="00A91566" w:rsidRDefault="00A91566">
            <w:pPr>
              <w:spacing w:after="0" w:line="240" w:lineRule="auto"/>
            </w:pPr>
          </w:p>
        </w:tc>
      </w:tr>
      <w:tr w:rsidR="00A91566" w14:paraId="4F7E8CE9" w14:textId="77777777" w:rsidTr="005548B2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  <w:trHeight w:val="680"/>
        </w:trPr>
        <w:tc>
          <w:tcPr>
            <w:tcW w:w="4674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AF397A" w14:textId="73C30F9E" w:rsidR="00A91566" w:rsidRDefault="001D6EB3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>Reason(s)</w:t>
            </w:r>
          </w:p>
        </w:tc>
        <w:tc>
          <w:tcPr>
            <w:tcW w:w="4699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3CD9DC" w14:textId="77777777" w:rsidR="00A91566" w:rsidRDefault="00145FD3">
            <w:pPr>
              <w:spacing w:after="240" w:line="240" w:lineRule="auto"/>
            </w:pPr>
            <w:sdt>
              <w:sdtPr>
                <w:alias w:val="AH_CIRCUMSTANCE_DETAILS"/>
                <w:tag w:val="AH_CIRCUMSTANCE_DETAILS"/>
                <w:id w:val="-505669960"/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Enter details</w:t>
                </w:r>
              </w:sdtContent>
            </w:sdt>
          </w:p>
        </w:tc>
      </w:tr>
    </w:tbl>
    <w:p w14:paraId="44F0A521" w14:textId="77777777" w:rsidR="00A91566" w:rsidRDefault="005B510B">
      <w:pPr>
        <w:spacing w:after="0" w:line="60" w:lineRule="exact"/>
      </w:pPr>
      <w:r>
        <w:rPr>
          <w:color w:val="111111"/>
          <w:sz w:val="2"/>
        </w:rPr>
        <w:t xml:space="preserve"> </w:t>
      </w:r>
    </w:p>
    <w:p w14:paraId="5EFBBEB3" w14:textId="77777777" w:rsidR="00A91566" w:rsidRDefault="005B510B">
      <w:pPr>
        <w:spacing w:after="0" w:line="60" w:lineRule="exact"/>
      </w:pPr>
      <w:r>
        <w:rPr>
          <w:color w:val="111111"/>
          <w:sz w:val="2"/>
        </w:rPr>
        <w:t xml:space="preserve"> </w:t>
      </w:r>
    </w:p>
    <w:tbl>
      <w:tblPr>
        <w:tblW w:w="9373" w:type="dxa"/>
        <w:tblInd w:w="120" w:type="dxa"/>
        <w:tblBorders>
          <w:top w:val="single" w:sz="4" w:space="0" w:color="8EA1B1"/>
          <w:left w:val="single" w:sz="4" w:space="0" w:color="8EA1B1"/>
          <w:bottom w:val="single" w:sz="4" w:space="0" w:color="8EA1B1"/>
          <w:right w:val="single" w:sz="4" w:space="0" w:color="8EA1B1"/>
          <w:insideH w:val="single" w:sz="4" w:space="0" w:color="8EA1B1"/>
          <w:insideV w:val="single" w:sz="4" w:space="0" w:color="8EA1B1"/>
        </w:tblBorders>
        <w:tblLayout w:type="fixed"/>
        <w:tblLook w:val="04A0" w:firstRow="1" w:lastRow="0" w:firstColumn="1" w:lastColumn="0" w:noHBand="0" w:noVBand="1"/>
      </w:tblPr>
      <w:tblGrid>
        <w:gridCol w:w="8097"/>
        <w:gridCol w:w="1276"/>
      </w:tblGrid>
      <w:tr w:rsidR="00A91566" w14:paraId="0EF0AA99" w14:textId="77777777" w:rsidTr="005548B2">
        <w:trPr>
          <w:cantSplit/>
        </w:trPr>
        <w:tc>
          <w:tcPr>
            <w:tcW w:w="9373" w:type="dxa"/>
            <w:gridSpan w:val="2"/>
            <w:shd w:val="clear" w:color="auto" w:fill="DCEAF5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7ACFBF73" w14:textId="77777777" w:rsidR="00A91566" w:rsidRDefault="005548B2">
            <w:pPr>
              <w:spacing w:after="0" w:line="240" w:lineRule="auto"/>
            </w:pPr>
            <w:r>
              <w:rPr>
                <w:b/>
                <w:color w:val="123B5D"/>
              </w:rPr>
              <w:t>B</w:t>
            </w:r>
            <w:r w:rsidR="005B510B">
              <w:rPr>
                <w:b/>
                <w:color w:val="123B5D"/>
              </w:rPr>
              <w:t xml:space="preserve">. MANDATORY APPROVALS AND </w:t>
            </w:r>
            <w:r>
              <w:rPr>
                <w:b/>
                <w:color w:val="123B5D"/>
              </w:rPr>
              <w:t>COORDINATION</w:t>
            </w:r>
            <w:r>
              <w:rPr>
                <w:i/>
                <w:color w:val="6B7780"/>
                <w:sz w:val="15"/>
              </w:rPr>
              <w:t xml:space="preserve"> All</w:t>
            </w:r>
            <w:r w:rsidR="005B510B">
              <w:rPr>
                <w:i/>
                <w:color w:val="6B7780"/>
                <w:sz w:val="15"/>
              </w:rPr>
              <w:t xml:space="preserve"> relevant approvals must already be obtained and remain valid</w:t>
            </w:r>
          </w:p>
        </w:tc>
      </w:tr>
      <w:tr w:rsidR="005548B2" w14:paraId="45B6D1B6" w14:textId="77777777" w:rsidTr="004D4408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  <w:trHeight w:val="146"/>
          <w:tblHeader/>
        </w:trPr>
        <w:tc>
          <w:tcPr>
            <w:tcW w:w="8097" w:type="dxa"/>
            <w:shd w:val="clear" w:color="auto" w:fill="DCEA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CD60F6" w14:textId="77777777" w:rsidR="005548B2" w:rsidRPr="004D4408" w:rsidRDefault="005548B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4408">
              <w:rPr>
                <w:b/>
                <w:color w:val="111111"/>
                <w:sz w:val="16"/>
                <w:szCs w:val="16"/>
              </w:rPr>
              <w:t>Requirement</w:t>
            </w:r>
          </w:p>
        </w:tc>
        <w:tc>
          <w:tcPr>
            <w:tcW w:w="1276" w:type="dxa"/>
            <w:shd w:val="clear" w:color="auto" w:fill="DCEA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0D8BBD" w14:textId="77777777" w:rsidR="005548B2" w:rsidRPr="004D4408" w:rsidRDefault="005548B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4408">
              <w:rPr>
                <w:b/>
                <w:color w:val="111111"/>
                <w:sz w:val="16"/>
                <w:szCs w:val="16"/>
              </w:rPr>
              <w:t>Confirmed</w:t>
            </w:r>
          </w:p>
        </w:tc>
      </w:tr>
      <w:tr w:rsidR="005548B2" w14:paraId="4388C667" w14:textId="77777777" w:rsidTr="004D4408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</w:trPr>
        <w:tc>
          <w:tcPr>
            <w:tcW w:w="809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981D4B" w14:textId="77777777" w:rsidR="005548B2" w:rsidRPr="004D4408" w:rsidRDefault="005548B2">
            <w:pPr>
              <w:spacing w:after="0" w:line="240" w:lineRule="auto"/>
              <w:rPr>
                <w:sz w:val="16"/>
                <w:szCs w:val="16"/>
              </w:rPr>
            </w:pPr>
            <w:r w:rsidRPr="004D4408">
              <w:rPr>
                <w:color w:val="111111"/>
                <w:sz w:val="16"/>
                <w:szCs w:val="16"/>
              </w:rPr>
              <w:t>All applicable flight permissions, permits and regulatory approvals obtained and valid</w:t>
            </w:r>
          </w:p>
        </w:tc>
        <w:tc>
          <w:tcPr>
            <w:tcW w:w="1276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A8887C" w14:textId="77777777" w:rsidR="005548B2" w:rsidRPr="004D4408" w:rsidRDefault="00145F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alias w:val="CB_AH_PERMISSIONS"/>
                <w:tag w:val="CB_AH_PERMISSIONS"/>
                <w:id w:val="60940132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48B2" w:rsidRPr="004D4408">
                  <w:rPr>
                    <w:color w:val="6B7780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5548B2" w14:paraId="7B3ED97F" w14:textId="77777777" w:rsidTr="004D4408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</w:trPr>
        <w:tc>
          <w:tcPr>
            <w:tcW w:w="809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303096" w14:textId="77777777" w:rsidR="005548B2" w:rsidRPr="004D4408" w:rsidRDefault="005548B2">
            <w:pPr>
              <w:spacing w:after="0" w:line="240" w:lineRule="auto"/>
              <w:rPr>
                <w:sz w:val="16"/>
                <w:szCs w:val="16"/>
              </w:rPr>
            </w:pPr>
            <w:r w:rsidRPr="004D4408">
              <w:rPr>
                <w:color w:val="111111"/>
                <w:sz w:val="16"/>
                <w:szCs w:val="16"/>
              </w:rPr>
              <w:t>Valid landing permit issued through AeroFile, NOSAS or another CAAM-recognised system, where required</w:t>
            </w:r>
          </w:p>
        </w:tc>
        <w:tc>
          <w:tcPr>
            <w:tcW w:w="1276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C4DC28" w14:textId="77777777" w:rsidR="005548B2" w:rsidRPr="004D4408" w:rsidRDefault="00145F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alias w:val="CB_AH_LANDING"/>
                <w:tag w:val="CB_AH_LANDING"/>
                <w:id w:val="-185279396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48B2" w:rsidRPr="004D4408">
                  <w:rPr>
                    <w:color w:val="6B7780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5548B2" w14:paraId="382EA2A3" w14:textId="77777777" w:rsidTr="004D4408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</w:trPr>
        <w:tc>
          <w:tcPr>
            <w:tcW w:w="809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2ADDB7" w14:textId="77777777" w:rsidR="005548B2" w:rsidRPr="004D4408" w:rsidRDefault="005548B2">
            <w:pPr>
              <w:spacing w:after="0" w:line="240" w:lineRule="auto"/>
              <w:rPr>
                <w:sz w:val="16"/>
                <w:szCs w:val="16"/>
              </w:rPr>
            </w:pPr>
            <w:r w:rsidRPr="004D4408">
              <w:rPr>
                <w:color w:val="111111"/>
                <w:sz w:val="16"/>
                <w:szCs w:val="16"/>
              </w:rPr>
              <w:t>Prior approval/confirmation obtained from the aerodrome operator</w:t>
            </w:r>
          </w:p>
        </w:tc>
        <w:tc>
          <w:tcPr>
            <w:tcW w:w="1276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8883A1" w14:textId="77777777" w:rsidR="005548B2" w:rsidRPr="004D4408" w:rsidRDefault="00145F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alias w:val="CB_AH_AERODROME"/>
                <w:tag w:val="CB_AH_AERODROME"/>
                <w:id w:val="113398869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48B2" w:rsidRPr="004D4408">
                  <w:rPr>
                    <w:color w:val="6B7780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5548B2" w14:paraId="02B81115" w14:textId="77777777" w:rsidTr="004D4408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</w:trPr>
        <w:tc>
          <w:tcPr>
            <w:tcW w:w="809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221750" w14:textId="77777777" w:rsidR="005548B2" w:rsidRPr="004D4408" w:rsidRDefault="005548B2">
            <w:pPr>
              <w:spacing w:after="0" w:line="240" w:lineRule="auto"/>
              <w:rPr>
                <w:sz w:val="16"/>
                <w:szCs w:val="16"/>
              </w:rPr>
            </w:pPr>
            <w:r w:rsidRPr="004D4408">
              <w:rPr>
                <w:color w:val="111111"/>
                <w:sz w:val="16"/>
                <w:szCs w:val="16"/>
              </w:rPr>
              <w:t>Coordination and approval obtained from all relevant agencies, where applicable</w:t>
            </w:r>
          </w:p>
        </w:tc>
        <w:tc>
          <w:tcPr>
            <w:tcW w:w="1276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E53891" w14:textId="77777777" w:rsidR="005548B2" w:rsidRPr="004D4408" w:rsidRDefault="00145FD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alias w:val="CB_AH_AGENCIES"/>
                <w:tag w:val="CB_AH_AGENCIES"/>
                <w:id w:val="91659951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48B2" w:rsidRPr="004D4408">
                  <w:rPr>
                    <w:color w:val="6B7780"/>
                    <w:sz w:val="16"/>
                    <w:szCs w:val="16"/>
                  </w:rPr>
                  <w:t>☐</w:t>
                </w:r>
              </w:sdtContent>
            </w:sdt>
          </w:p>
        </w:tc>
      </w:tr>
    </w:tbl>
    <w:p w14:paraId="6A741683" w14:textId="77777777" w:rsidR="00A91566" w:rsidRDefault="005B510B">
      <w:pPr>
        <w:spacing w:after="0" w:line="60" w:lineRule="exact"/>
      </w:pPr>
      <w:r>
        <w:rPr>
          <w:color w:val="111111"/>
          <w:sz w:val="2"/>
        </w:rPr>
        <w:t xml:space="preserve"> </w:t>
      </w:r>
    </w:p>
    <w:p w14:paraId="02908F2A" w14:textId="77777777" w:rsidR="00A91566" w:rsidRDefault="00A91566">
      <w:pPr>
        <w:sectPr w:rsidR="00A91566" w:rsidSect="004D4408">
          <w:headerReference w:type="default" r:id="rId12"/>
          <w:footerReference w:type="default" r:id="rId13"/>
          <w:pgSz w:w="11906" w:h="16838"/>
          <w:pgMar w:top="765" w:right="1558" w:bottom="709" w:left="765" w:header="255" w:footer="255" w:gutter="0"/>
          <w:cols w:space="720"/>
          <w:docGrid w:linePitch="360"/>
        </w:sectPr>
      </w:pPr>
    </w:p>
    <w:tbl>
      <w:tblPr>
        <w:tblW w:w="9360" w:type="dxa"/>
        <w:tblInd w:w="120" w:type="dxa"/>
        <w:tblBorders>
          <w:top w:val="single" w:sz="4" w:space="0" w:color="123B5D"/>
          <w:left w:val="single" w:sz="4" w:space="0" w:color="123B5D"/>
          <w:bottom w:val="single" w:sz="4" w:space="0" w:color="123B5D"/>
          <w:right w:val="single" w:sz="4" w:space="0" w:color="123B5D"/>
          <w:insideH w:val="single" w:sz="4" w:space="0" w:color="123B5D"/>
          <w:insideV w:val="single" w:sz="4" w:space="0" w:color="123B5D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8790"/>
      </w:tblGrid>
      <w:tr w:rsidR="00A91566" w14:paraId="7A6B790F" w14:textId="77777777">
        <w:trPr>
          <w:cantSplit/>
        </w:trPr>
        <w:tc>
          <w:tcPr>
            <w:tcW w:w="570" w:type="dxa"/>
            <w:shd w:val="clear" w:color="auto" w:fill="2D6F9E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ED0F421" w14:textId="77777777" w:rsidR="00A91566" w:rsidRDefault="005B510B">
            <w:pPr>
              <w:keepNext/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lastRenderedPageBreak/>
              <w:t>5</w:t>
            </w:r>
          </w:p>
        </w:tc>
        <w:tc>
          <w:tcPr>
            <w:tcW w:w="8790" w:type="dxa"/>
            <w:shd w:val="clear" w:color="auto" w:fill="123B5D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13286D5" w14:textId="77777777" w:rsidR="00A91566" w:rsidRDefault="005B510B">
            <w:pPr>
              <w:keepNext/>
              <w:spacing w:after="0" w:line="240" w:lineRule="auto"/>
            </w:pPr>
            <w:r>
              <w:rPr>
                <w:b/>
                <w:color w:val="FFFFFF"/>
                <w:sz w:val="20"/>
              </w:rPr>
              <w:t>APPLICANT DECLARATION AND CAAM OFFICE USE</w:t>
            </w:r>
            <w:r>
              <w:rPr>
                <w:color w:val="D7E8F5"/>
                <w:sz w:val="16"/>
              </w:rPr>
              <w:t xml:space="preserve">  |  Complete applicant declaration before submission</w:t>
            </w:r>
          </w:p>
        </w:tc>
      </w:tr>
    </w:tbl>
    <w:p w14:paraId="081032EF" w14:textId="77777777" w:rsidR="00A91566" w:rsidRDefault="005B510B">
      <w:pPr>
        <w:spacing w:after="0" w:line="40" w:lineRule="exact"/>
      </w:pPr>
      <w:r>
        <w:rPr>
          <w:color w:val="111111"/>
          <w:sz w:val="2"/>
        </w:rPr>
        <w:t xml:space="preserve"> </w:t>
      </w:r>
    </w:p>
    <w:tbl>
      <w:tblPr>
        <w:tblW w:w="9360" w:type="dxa"/>
        <w:tblInd w:w="120" w:type="dxa"/>
        <w:tblBorders>
          <w:top w:val="single" w:sz="6" w:space="0" w:color="8EA1B1"/>
          <w:left w:val="single" w:sz="6" w:space="0" w:color="8EA1B1"/>
          <w:bottom w:val="single" w:sz="6" w:space="0" w:color="8EA1B1"/>
          <w:right w:val="single" w:sz="6" w:space="0" w:color="8EA1B1"/>
          <w:insideH w:val="single" w:sz="6" w:space="0" w:color="8EA1B1"/>
          <w:insideV w:val="single" w:sz="6" w:space="0" w:color="8EA1B1"/>
        </w:tblBorders>
        <w:tblLayout w:type="fixed"/>
        <w:tblLook w:val="04A0" w:firstRow="1" w:lastRow="0" w:firstColumn="1" w:lastColumn="0" w:noHBand="0" w:noVBand="1"/>
      </w:tblPr>
      <w:tblGrid>
        <w:gridCol w:w="3800"/>
        <w:gridCol w:w="5560"/>
      </w:tblGrid>
      <w:tr w:rsidR="001D5511" w14:paraId="46E6288B" w14:textId="77777777">
        <w:trPr>
          <w:cantSplit/>
        </w:trPr>
        <w:tc>
          <w:tcPr>
            <w:tcW w:w="1900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6A865A" w14:textId="0909825D" w:rsidR="001D5511" w:rsidRPr="00E9736C" w:rsidRDefault="001D5511" w:rsidP="000831A5">
            <w:pPr>
              <w:spacing w:after="0" w:line="240" w:lineRule="auto"/>
              <w:rPr>
                <w:sz w:val="16"/>
                <w:szCs w:val="16"/>
              </w:rPr>
            </w:pPr>
            <w:r w:rsidRPr="00E9736C">
              <w:rPr>
                <w:b/>
                <w:color w:val="111111"/>
                <w:sz w:val="16"/>
                <w:szCs w:val="16"/>
              </w:rPr>
              <w:t>CAAM Reference (</w:t>
            </w:r>
            <w:r w:rsidR="001B3689">
              <w:rPr>
                <w:b/>
                <w:color w:val="111111"/>
                <w:sz w:val="16"/>
                <w:szCs w:val="16"/>
              </w:rPr>
              <w:t>CAAM</w:t>
            </w:r>
            <w:r w:rsidRPr="00E9736C">
              <w:rPr>
                <w:b/>
                <w:color w:val="111111"/>
                <w:sz w:val="16"/>
                <w:szCs w:val="16"/>
              </w:rPr>
              <w:t xml:space="preserve"> Use)</w:t>
            </w:r>
          </w:p>
        </w:tc>
        <w:tc>
          <w:tcPr>
            <w:tcW w:w="2780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B0E24B" w14:textId="77777777" w:rsidR="001D5511" w:rsidRPr="00E9736C" w:rsidRDefault="00145FD3">
            <w:pPr>
              <w:spacing w:after="0" w:line="240" w:lineRule="auto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alias w:val="DECL_CAAM_REF"/>
                <w:tag w:val="DECL_CAAM_REF"/>
                <w:id w:val="-1133558088"/>
                <w:lock w:val="sdtContentLocked"/>
                <w:text/>
              </w:sdtPr>
              <w:sdtEndPr/>
              <w:sdtContent>
                <w:r w:rsidR="001D5511" w:rsidRPr="00E9736C">
                  <w:rPr>
                    <w:color w:val="6B7780"/>
                    <w:sz w:val="16"/>
                    <w:szCs w:val="16"/>
                  </w:rPr>
                  <w:t>Enter reference</w:t>
                </w:r>
              </w:sdtContent>
            </w:sdt>
          </w:p>
        </w:tc>
      </w:tr>
    </w:tbl>
    <w:p w14:paraId="06AE3969" w14:textId="77777777" w:rsidR="00A91566" w:rsidRDefault="005B510B">
      <w:pPr>
        <w:spacing w:after="0" w:line="60" w:lineRule="exact"/>
      </w:pPr>
      <w:r>
        <w:rPr>
          <w:color w:val="111111"/>
          <w:sz w:val="2"/>
        </w:rPr>
        <w:t xml:space="preserve"> </w:t>
      </w:r>
    </w:p>
    <w:tbl>
      <w:tblPr>
        <w:tblW w:w="9360" w:type="dxa"/>
        <w:tblInd w:w="120" w:type="dxa"/>
        <w:tblBorders>
          <w:top w:val="single" w:sz="4" w:space="0" w:color="8EA1B1"/>
          <w:left w:val="single" w:sz="4" w:space="0" w:color="8EA1B1"/>
          <w:bottom w:val="single" w:sz="4" w:space="0" w:color="8EA1B1"/>
          <w:right w:val="single" w:sz="4" w:space="0" w:color="8EA1B1"/>
          <w:insideH w:val="single" w:sz="4" w:space="0" w:color="8EA1B1"/>
          <w:insideV w:val="single" w:sz="4" w:space="0" w:color="8EA1B1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A91566" w14:paraId="142BA9EB" w14:textId="77777777">
        <w:trPr>
          <w:cantSplit/>
        </w:trPr>
        <w:tc>
          <w:tcPr>
            <w:tcW w:w="9360" w:type="dxa"/>
            <w:shd w:val="clear" w:color="auto" w:fill="DCEAF5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64DD2D9C" w14:textId="77777777" w:rsidR="00A91566" w:rsidRDefault="005B510B">
            <w:pPr>
              <w:spacing w:after="0" w:line="240" w:lineRule="auto"/>
            </w:pPr>
            <w:r>
              <w:rPr>
                <w:b/>
                <w:color w:val="123B5D"/>
              </w:rPr>
              <w:t>A. AUTHORISED APPLICANT DECLARATION</w:t>
            </w:r>
          </w:p>
        </w:tc>
      </w:tr>
      <w:tr w:rsidR="00A91566" w14:paraId="41EDC30A" w14:textId="77777777" w:rsidTr="000831A5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  <w:trHeight w:val="1074"/>
        </w:trPr>
        <w:tc>
          <w:tcPr>
            <w:tcW w:w="9360" w:type="dxa"/>
            <w:shd w:val="clear" w:color="auto" w:fill="F3F8FC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A225397" w14:textId="77777777" w:rsidR="00A91566" w:rsidRDefault="005B510B" w:rsidP="000831A5">
            <w:pPr>
              <w:spacing w:after="0" w:line="240" w:lineRule="auto"/>
              <w:jc w:val="both"/>
            </w:pPr>
            <w:r>
              <w:rPr>
                <w:color w:val="111111"/>
                <w:sz w:val="15"/>
              </w:rPr>
              <w:t>I/We declare that the information in this application and its attachments is complete and accurate; the applicable eligibility, permits, approvals and coordination requirements under AIC 07/26 have been met and the operator remains responsible for coordination with the aerodrome operator, supporting agencies and service providers. I/We understand that this application concerns ATS operating hours only, does not replace any slot, flight, landing, overflight, Air Traffic Right, aerodrome-hours or agency approval and does not create an entitlement to approval. I/We undertake to comply with all CAAM conditions, adhere to the approved schedule and immediately notify CAAM OCC and relevant stakeholders of any amendment, delay or cancellation.</w:t>
            </w:r>
          </w:p>
        </w:tc>
      </w:tr>
    </w:tbl>
    <w:p w14:paraId="596021C9" w14:textId="77777777" w:rsidR="00A91566" w:rsidRDefault="00145FD3">
      <w:pPr>
        <w:spacing w:after="40" w:line="240" w:lineRule="auto"/>
        <w:ind w:left="115" w:hanging="14"/>
      </w:pPr>
      <w:sdt>
        <w:sdtPr>
          <w:alias w:val="CB_DECLARATION"/>
          <w:tag w:val="CB_DECLARATION"/>
          <w:id w:val="1380062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510B">
            <w:rPr>
              <w:color w:val="111111"/>
              <w:sz w:val="16"/>
            </w:rPr>
            <w:t>☐</w:t>
          </w:r>
        </w:sdtContent>
      </w:sdt>
      <w:r w:rsidR="005B510B">
        <w:rPr>
          <w:color w:val="111111"/>
          <w:sz w:val="16"/>
        </w:rPr>
        <w:t xml:space="preserve">  I/We confirm the declaration above and authorise CAAM to verify the information provided.</w:t>
      </w:r>
    </w:p>
    <w:tbl>
      <w:tblPr>
        <w:tblW w:w="9360" w:type="dxa"/>
        <w:tblInd w:w="120" w:type="dxa"/>
        <w:tblBorders>
          <w:top w:val="single" w:sz="6" w:space="0" w:color="8EA1B1"/>
          <w:left w:val="single" w:sz="6" w:space="0" w:color="8EA1B1"/>
          <w:bottom w:val="single" w:sz="6" w:space="0" w:color="8EA1B1"/>
          <w:right w:val="single" w:sz="6" w:space="0" w:color="8EA1B1"/>
          <w:insideH w:val="single" w:sz="6" w:space="0" w:color="8EA1B1"/>
          <w:insideV w:val="single" w:sz="6" w:space="0" w:color="8EA1B1"/>
        </w:tblBorders>
        <w:tblLayout w:type="fixed"/>
        <w:tblLook w:val="04A0" w:firstRow="1" w:lastRow="0" w:firstColumn="1" w:lastColumn="0" w:noHBand="0" w:noVBand="1"/>
      </w:tblPr>
      <w:tblGrid>
        <w:gridCol w:w="2424"/>
        <w:gridCol w:w="2268"/>
        <w:gridCol w:w="2268"/>
        <w:gridCol w:w="2400"/>
      </w:tblGrid>
      <w:tr w:rsidR="00A91566" w14:paraId="7BF4775C" w14:textId="77777777" w:rsidTr="002E6B87">
        <w:trPr>
          <w:cantSplit/>
        </w:trPr>
        <w:tc>
          <w:tcPr>
            <w:tcW w:w="2424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FCFCFA" w14:textId="77777777" w:rsidR="00A91566" w:rsidRDefault="005B510B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 xml:space="preserve">Authorised </w:t>
            </w:r>
            <w:r w:rsidR="00280804">
              <w:rPr>
                <w:b/>
                <w:color w:val="111111"/>
                <w:sz w:val="16"/>
              </w:rPr>
              <w:t>R</w:t>
            </w:r>
            <w:r>
              <w:rPr>
                <w:b/>
                <w:color w:val="111111"/>
                <w:sz w:val="16"/>
              </w:rPr>
              <w:t>epresentative</w:t>
            </w:r>
          </w:p>
        </w:tc>
        <w:tc>
          <w:tcPr>
            <w:tcW w:w="2268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81DE4F" w14:textId="77777777" w:rsidR="00A91566" w:rsidRDefault="00145FD3">
            <w:pPr>
              <w:spacing w:after="0" w:line="240" w:lineRule="auto"/>
            </w:pPr>
            <w:sdt>
              <w:sdtPr>
                <w:alias w:val="DECLARANT_NAME"/>
                <w:tag w:val="DECLARANT_NAME"/>
                <w:id w:val="-47296635"/>
                <w:lock w:val="sdtLocked"/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Enter text</w:t>
                </w:r>
              </w:sdtContent>
            </w:sdt>
          </w:p>
        </w:tc>
        <w:tc>
          <w:tcPr>
            <w:tcW w:w="2268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3A4E38" w14:textId="77777777" w:rsidR="00A91566" w:rsidRDefault="005B510B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>Date</w:t>
            </w:r>
          </w:p>
        </w:tc>
        <w:tc>
          <w:tcPr>
            <w:tcW w:w="2400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D7AC29" w14:textId="77777777" w:rsidR="00A91566" w:rsidRDefault="00145FD3">
            <w:pPr>
              <w:spacing w:after="0" w:line="240" w:lineRule="auto"/>
            </w:pPr>
            <w:sdt>
              <w:sdtPr>
                <w:alias w:val="DECLARATION_DATE"/>
                <w:tag w:val="DECLARATION_DATE"/>
                <w:id w:val="-109042811"/>
                <w:lock w:val="sdtLocked"/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DD/MM/YYYY</w:t>
                </w:r>
              </w:sdtContent>
            </w:sdt>
          </w:p>
        </w:tc>
      </w:tr>
      <w:tr w:rsidR="00A91566" w14:paraId="0834B35D" w14:textId="77777777" w:rsidTr="002E6B87">
        <w:trPr>
          <w:cantSplit/>
        </w:trPr>
        <w:tc>
          <w:tcPr>
            <w:tcW w:w="2424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93F5C9" w14:textId="77777777" w:rsidR="00A91566" w:rsidRDefault="005B510B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>Designation</w:t>
            </w:r>
          </w:p>
        </w:tc>
        <w:tc>
          <w:tcPr>
            <w:tcW w:w="2268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49197B" w14:textId="77777777" w:rsidR="00A91566" w:rsidRDefault="00145FD3">
            <w:pPr>
              <w:spacing w:after="0" w:line="240" w:lineRule="auto"/>
            </w:pPr>
            <w:sdt>
              <w:sdtPr>
                <w:alias w:val="DECLARANT_DESIGNATION"/>
                <w:tag w:val="DECLARANT_DESIGNATION"/>
                <w:id w:val="-233472700"/>
                <w:lock w:val="sdtLocked"/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Enter text</w:t>
                </w:r>
              </w:sdtContent>
            </w:sdt>
          </w:p>
        </w:tc>
        <w:tc>
          <w:tcPr>
            <w:tcW w:w="2268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634818" w14:textId="66F80102" w:rsidR="00A91566" w:rsidRDefault="005B510B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>Time (</w:t>
            </w:r>
            <w:r w:rsidR="00296120">
              <w:rPr>
                <w:b/>
                <w:color w:val="111111"/>
                <w:sz w:val="16"/>
              </w:rPr>
              <w:t>UTC</w:t>
            </w:r>
            <w:r>
              <w:rPr>
                <w:b/>
                <w:color w:val="111111"/>
                <w:sz w:val="16"/>
              </w:rPr>
              <w:t>)</w:t>
            </w:r>
          </w:p>
        </w:tc>
        <w:tc>
          <w:tcPr>
            <w:tcW w:w="2400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D19457" w14:textId="77777777" w:rsidR="00A91566" w:rsidRDefault="00145FD3">
            <w:pPr>
              <w:spacing w:after="0" w:line="240" w:lineRule="auto"/>
            </w:pPr>
            <w:sdt>
              <w:sdtPr>
                <w:alias w:val="DECLARATION_TIME"/>
                <w:tag w:val="DECLARATION_TIME"/>
                <w:id w:val="-485323990"/>
                <w:lock w:val="sdtLocked"/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Enter time/details</w:t>
                </w:r>
              </w:sdtContent>
            </w:sdt>
          </w:p>
        </w:tc>
      </w:tr>
      <w:tr w:rsidR="00A91566" w14:paraId="5A123FAB" w14:textId="77777777" w:rsidTr="002E6B87">
        <w:trPr>
          <w:cantSplit/>
          <w:trHeight w:val="1354"/>
        </w:trPr>
        <w:tc>
          <w:tcPr>
            <w:tcW w:w="2424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D19D85" w14:textId="77777777" w:rsidR="00A91566" w:rsidRDefault="005B510B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 xml:space="preserve">Signature and </w:t>
            </w:r>
            <w:r w:rsidR="00280804">
              <w:rPr>
                <w:b/>
                <w:color w:val="111111"/>
                <w:sz w:val="16"/>
              </w:rPr>
              <w:t>O</w:t>
            </w:r>
            <w:r>
              <w:rPr>
                <w:b/>
                <w:color w:val="111111"/>
                <w:sz w:val="16"/>
              </w:rPr>
              <w:t xml:space="preserve">fficial </w:t>
            </w:r>
            <w:r w:rsidR="00280804">
              <w:rPr>
                <w:b/>
                <w:color w:val="111111"/>
                <w:sz w:val="16"/>
              </w:rPr>
              <w:t>S</w:t>
            </w:r>
            <w:r>
              <w:rPr>
                <w:b/>
                <w:color w:val="111111"/>
                <w:sz w:val="16"/>
              </w:rPr>
              <w:t>tamp</w:t>
            </w:r>
          </w:p>
        </w:tc>
        <w:tc>
          <w:tcPr>
            <w:tcW w:w="2268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94F3FF" w14:textId="33D23A25" w:rsidR="00A91566" w:rsidRDefault="00145FD3">
            <w:pPr>
              <w:spacing w:after="240" w:line="240" w:lineRule="auto"/>
            </w:pPr>
            <w:sdt>
              <w:sdtPr>
                <w:rPr>
                  <w:color w:val="6B7780"/>
                  <w:sz w:val="16"/>
                </w:rPr>
                <w:alias w:val="COMPANY_SIGNATURE_STAMP"/>
                <w:tag w:val="COMPANY_SIGNATURE_STAMP"/>
                <w:id w:val="-546993658"/>
                <w:lock w:val="sdtLocked"/>
                <w:showingPlcHdr/>
                <w:picture/>
              </w:sdtPr>
              <w:sdtEndPr/>
              <w:sdtContent>
                <w:r w:rsidR="001A759C">
                  <w:rPr>
                    <w:noProof/>
                    <w:color w:val="6B7780"/>
                    <w:sz w:val="16"/>
                  </w:rPr>
                  <w:drawing>
                    <wp:inline distT="0" distB="0" distL="0" distR="0" wp14:anchorId="1C511F6F" wp14:editId="15F9DB0B">
                      <wp:extent cx="1343025" cy="1343025"/>
                      <wp:effectExtent l="0" t="0" r="9525" b="9525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43025" cy="1343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sdt>
              <w:sdtPr>
                <w:rPr>
                  <w:color w:val="6B7780"/>
                  <w:sz w:val="16"/>
                </w:rPr>
                <w:alias w:val="SIGN_NAME"/>
                <w:tag w:val="SIGN_NAME"/>
                <w:id w:val="1176153959"/>
                <w:placeholder>
                  <w:docPart w:val="DefaultPlaceholder_-1854013440"/>
                </w:placeholder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Sign/stamp here</w:t>
                </w:r>
              </w:sdtContent>
            </w:sdt>
          </w:p>
        </w:tc>
        <w:tc>
          <w:tcPr>
            <w:tcW w:w="2268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616112" w14:textId="77777777" w:rsidR="00A91566" w:rsidRDefault="005B510B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>Company</w:t>
            </w:r>
          </w:p>
        </w:tc>
        <w:tc>
          <w:tcPr>
            <w:tcW w:w="2400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D5A46F" w14:textId="77777777" w:rsidR="00A91566" w:rsidRDefault="00145FD3">
            <w:pPr>
              <w:spacing w:after="240" w:line="240" w:lineRule="auto"/>
            </w:pPr>
            <w:sdt>
              <w:sdtPr>
                <w:alias w:val="DECLARANT_COMPANY"/>
                <w:tag w:val="DECLARANT_COMPANY"/>
                <w:id w:val="179253754"/>
                <w:lock w:val="sdtLocked"/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Enter text</w:t>
                </w:r>
              </w:sdtContent>
            </w:sdt>
          </w:p>
        </w:tc>
      </w:tr>
    </w:tbl>
    <w:p w14:paraId="09215B04" w14:textId="77777777" w:rsidR="00A91566" w:rsidRDefault="005B510B">
      <w:pPr>
        <w:spacing w:after="0" w:line="80" w:lineRule="exact"/>
      </w:pPr>
      <w:r>
        <w:rPr>
          <w:color w:val="111111"/>
          <w:sz w:val="2"/>
        </w:rPr>
        <w:t xml:space="preserve"> </w:t>
      </w:r>
    </w:p>
    <w:tbl>
      <w:tblPr>
        <w:tblW w:w="9360" w:type="dxa"/>
        <w:tblInd w:w="120" w:type="dxa"/>
        <w:tblBorders>
          <w:top w:val="single" w:sz="4" w:space="0" w:color="8EA1B1"/>
          <w:left w:val="single" w:sz="4" w:space="0" w:color="8EA1B1"/>
          <w:bottom w:val="single" w:sz="4" w:space="0" w:color="8EA1B1"/>
          <w:right w:val="single" w:sz="4" w:space="0" w:color="8EA1B1"/>
          <w:insideH w:val="single" w:sz="4" w:space="0" w:color="8EA1B1"/>
          <w:insideV w:val="single" w:sz="4" w:space="0" w:color="8EA1B1"/>
        </w:tblBorders>
        <w:tblLayout w:type="fixed"/>
        <w:tblLook w:val="04A0" w:firstRow="1" w:lastRow="0" w:firstColumn="1" w:lastColumn="0" w:noHBand="0" w:noVBand="1"/>
      </w:tblPr>
      <w:tblGrid>
        <w:gridCol w:w="2427"/>
        <w:gridCol w:w="2268"/>
        <w:gridCol w:w="2268"/>
        <w:gridCol w:w="2397"/>
      </w:tblGrid>
      <w:tr w:rsidR="00A91566" w14:paraId="190B66DE" w14:textId="77777777">
        <w:trPr>
          <w:cantSplit/>
        </w:trPr>
        <w:tc>
          <w:tcPr>
            <w:tcW w:w="9360" w:type="dxa"/>
            <w:gridSpan w:val="4"/>
            <w:shd w:val="clear" w:color="auto" w:fill="DCEAF5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5FAD5E66" w14:textId="621314ED" w:rsidR="00A91566" w:rsidRDefault="005B510B">
            <w:pPr>
              <w:spacing w:after="0" w:line="240" w:lineRule="auto"/>
            </w:pPr>
            <w:r>
              <w:rPr>
                <w:b/>
                <w:color w:val="123B5D"/>
              </w:rPr>
              <w:t>B. CAAM</w:t>
            </w:r>
            <w:r w:rsidR="00AE5071">
              <w:rPr>
                <w:b/>
                <w:color w:val="123B5D"/>
              </w:rPr>
              <w:t xml:space="preserve"> </w:t>
            </w:r>
            <w:r>
              <w:rPr>
                <w:b/>
                <w:color w:val="123B5D"/>
              </w:rPr>
              <w:t xml:space="preserve">RECEIPT AND </w:t>
            </w:r>
            <w:r w:rsidR="001B3689">
              <w:rPr>
                <w:b/>
                <w:color w:val="123B5D"/>
              </w:rPr>
              <w:t>VALIDATION</w:t>
            </w:r>
            <w:r w:rsidR="001B3689">
              <w:rPr>
                <w:i/>
                <w:color w:val="6B7780"/>
                <w:sz w:val="15"/>
              </w:rPr>
              <w:t xml:space="preserve"> For</w:t>
            </w:r>
            <w:r>
              <w:rPr>
                <w:i/>
                <w:color w:val="6B7780"/>
                <w:sz w:val="15"/>
              </w:rPr>
              <w:t xml:space="preserve"> </w:t>
            </w:r>
            <w:r w:rsidR="001B3689">
              <w:rPr>
                <w:i/>
                <w:color w:val="6B7780"/>
                <w:sz w:val="15"/>
              </w:rPr>
              <w:t>CAAM</w:t>
            </w:r>
            <w:r>
              <w:rPr>
                <w:i/>
                <w:color w:val="6B7780"/>
                <w:sz w:val="15"/>
              </w:rPr>
              <w:t xml:space="preserve"> use only</w:t>
            </w:r>
          </w:p>
        </w:tc>
      </w:tr>
      <w:tr w:rsidR="00A91566" w14:paraId="26C52796" w14:textId="77777777" w:rsidTr="002E6B87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</w:trPr>
        <w:tc>
          <w:tcPr>
            <w:tcW w:w="2427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761722" w14:textId="77777777" w:rsidR="00A91566" w:rsidRDefault="005B510B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 xml:space="preserve">CAAM </w:t>
            </w:r>
            <w:r w:rsidR="000831A5">
              <w:rPr>
                <w:b/>
                <w:color w:val="111111"/>
                <w:sz w:val="16"/>
              </w:rPr>
              <w:t>R</w:t>
            </w:r>
            <w:r>
              <w:rPr>
                <w:b/>
                <w:color w:val="111111"/>
                <w:sz w:val="16"/>
              </w:rPr>
              <w:t>eference</w:t>
            </w:r>
          </w:p>
        </w:tc>
        <w:tc>
          <w:tcPr>
            <w:tcW w:w="2268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624DF0" w14:textId="77777777" w:rsidR="00A91566" w:rsidRDefault="00145FD3">
            <w:pPr>
              <w:spacing w:after="0" w:line="240" w:lineRule="auto"/>
            </w:pPr>
            <w:sdt>
              <w:sdtPr>
                <w:alias w:val="CAAM_REF"/>
                <w:tag w:val="CAAM_REF"/>
                <w:id w:val="-2027394359"/>
                <w:lock w:val="sdtContentLocked"/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Enter reference</w:t>
                </w:r>
              </w:sdtContent>
            </w:sdt>
          </w:p>
        </w:tc>
        <w:tc>
          <w:tcPr>
            <w:tcW w:w="2268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54E12F" w14:textId="5C4EDB77" w:rsidR="00A91566" w:rsidRDefault="005B510B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 xml:space="preserve">Received </w:t>
            </w:r>
            <w:r w:rsidR="000831A5">
              <w:rPr>
                <w:b/>
                <w:color w:val="111111"/>
                <w:sz w:val="16"/>
              </w:rPr>
              <w:t>D</w:t>
            </w:r>
            <w:r>
              <w:rPr>
                <w:b/>
                <w:color w:val="111111"/>
                <w:sz w:val="16"/>
              </w:rPr>
              <w:t>ate/</w:t>
            </w:r>
            <w:r w:rsidR="000831A5">
              <w:rPr>
                <w:b/>
                <w:color w:val="111111"/>
                <w:sz w:val="16"/>
              </w:rPr>
              <w:t>T</w:t>
            </w:r>
            <w:r>
              <w:rPr>
                <w:b/>
                <w:color w:val="111111"/>
                <w:sz w:val="16"/>
              </w:rPr>
              <w:t>ime (</w:t>
            </w:r>
            <w:r w:rsidR="00296120">
              <w:rPr>
                <w:b/>
                <w:color w:val="111111"/>
                <w:sz w:val="16"/>
              </w:rPr>
              <w:t>UTC</w:t>
            </w:r>
            <w:r>
              <w:rPr>
                <w:b/>
                <w:color w:val="111111"/>
                <w:sz w:val="16"/>
              </w:rPr>
              <w:t>)</w:t>
            </w:r>
          </w:p>
        </w:tc>
        <w:tc>
          <w:tcPr>
            <w:tcW w:w="2397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4F7840" w14:textId="1388D797" w:rsidR="00A91566" w:rsidRDefault="00145FD3">
            <w:pPr>
              <w:spacing w:after="0" w:line="240" w:lineRule="auto"/>
            </w:pPr>
            <w:sdt>
              <w:sdtPr>
                <w:alias w:val="CAAM_RECEIVED"/>
                <w:tag w:val="CAAM_RECEIVED"/>
                <w:id w:val="-291910289"/>
                <w:lock w:val="sdtContentLocked"/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DD/MM/YYYY HHMM</w:t>
                </w:r>
                <w:r w:rsidR="004754E9">
                  <w:rPr>
                    <w:color w:val="6B7780"/>
                    <w:sz w:val="16"/>
                  </w:rPr>
                  <w:t xml:space="preserve"> UTC</w:t>
                </w:r>
              </w:sdtContent>
            </w:sdt>
          </w:p>
        </w:tc>
      </w:tr>
      <w:tr w:rsidR="00A91566" w14:paraId="7D7724BC" w14:textId="77777777" w:rsidTr="002E6B87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</w:trPr>
        <w:tc>
          <w:tcPr>
            <w:tcW w:w="2427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8C748A" w14:textId="77777777" w:rsidR="00A91566" w:rsidRDefault="005B510B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>Category</w:t>
            </w:r>
          </w:p>
        </w:tc>
        <w:tc>
          <w:tcPr>
            <w:tcW w:w="2268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5FC42C" w14:textId="77777777" w:rsidR="00A91566" w:rsidRDefault="00145FD3">
            <w:pPr>
              <w:spacing w:after="0" w:line="240" w:lineRule="auto"/>
            </w:pPr>
            <w:sdt>
              <w:sdtPr>
                <w:alias w:val="CAAM_CATEGORY"/>
                <w:tag w:val="CAAM_CATEGORY"/>
                <w:id w:val="2116172283"/>
                <w:lock w:val="sdtContentLocked"/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Select/enter</w:t>
                </w:r>
              </w:sdtContent>
            </w:sdt>
          </w:p>
        </w:tc>
        <w:tc>
          <w:tcPr>
            <w:tcW w:w="2268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F5B782" w14:textId="77777777" w:rsidR="00A91566" w:rsidRDefault="005B510B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 xml:space="preserve">Notification </w:t>
            </w:r>
            <w:r w:rsidR="000831A5">
              <w:rPr>
                <w:b/>
                <w:color w:val="111111"/>
                <w:sz w:val="16"/>
              </w:rPr>
              <w:t>R</w:t>
            </w:r>
            <w:r>
              <w:rPr>
                <w:b/>
                <w:color w:val="111111"/>
                <w:sz w:val="16"/>
              </w:rPr>
              <w:t>equirement</w:t>
            </w:r>
          </w:p>
        </w:tc>
        <w:tc>
          <w:tcPr>
            <w:tcW w:w="2397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8DC2CD" w14:textId="77777777" w:rsidR="00A91566" w:rsidRDefault="00145FD3">
            <w:pPr>
              <w:spacing w:after="0" w:line="240" w:lineRule="auto"/>
            </w:pPr>
            <w:sdt>
              <w:sdtPr>
                <w:alias w:val="CAAM_TIMELINE"/>
                <w:tag w:val="CAAM_TIMELINE"/>
                <w:id w:val="-1673251110"/>
                <w:lock w:val="sdtContentLocked"/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Select/enter</w:t>
                </w:r>
              </w:sdtContent>
            </w:sdt>
          </w:p>
        </w:tc>
      </w:tr>
      <w:tr w:rsidR="00A91566" w14:paraId="5C237623" w14:textId="77777777" w:rsidTr="002E6B87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</w:trPr>
        <w:tc>
          <w:tcPr>
            <w:tcW w:w="2427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C940A6" w14:textId="77777777" w:rsidR="00A91566" w:rsidRDefault="005B510B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>Validation</w:t>
            </w:r>
          </w:p>
        </w:tc>
        <w:tc>
          <w:tcPr>
            <w:tcW w:w="2268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C1FFFC" w14:textId="77777777" w:rsidR="00A91566" w:rsidRDefault="00145FD3">
            <w:pPr>
              <w:spacing w:after="0" w:line="240" w:lineRule="auto"/>
            </w:pPr>
            <w:sdt>
              <w:sdtPr>
                <w:alias w:val="CAAM_VALIDATION"/>
                <w:tag w:val="CAAM_VALIDATION"/>
                <w:id w:val="-1748795580"/>
                <w:lock w:val="sdtContentLocked"/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Select/enter</w:t>
                </w:r>
              </w:sdtContent>
            </w:sdt>
          </w:p>
        </w:tc>
        <w:tc>
          <w:tcPr>
            <w:tcW w:w="2268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866506" w14:textId="77777777" w:rsidR="00A91566" w:rsidRDefault="005B510B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 xml:space="preserve">ATSU </w:t>
            </w:r>
            <w:r w:rsidR="000831A5">
              <w:rPr>
                <w:b/>
                <w:color w:val="111111"/>
                <w:sz w:val="16"/>
              </w:rPr>
              <w:t>F</w:t>
            </w:r>
            <w:r>
              <w:rPr>
                <w:b/>
                <w:color w:val="111111"/>
                <w:sz w:val="16"/>
              </w:rPr>
              <w:t>easibility</w:t>
            </w:r>
          </w:p>
        </w:tc>
        <w:tc>
          <w:tcPr>
            <w:tcW w:w="2397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DE8866" w14:textId="77777777" w:rsidR="00A91566" w:rsidRDefault="00145FD3">
            <w:pPr>
              <w:spacing w:after="0" w:line="240" w:lineRule="auto"/>
            </w:pPr>
            <w:sdt>
              <w:sdtPr>
                <w:alias w:val="CAAM_FEASIBILITY"/>
                <w:tag w:val="CAAM_FEASIBILITY"/>
                <w:id w:val="-1392265935"/>
                <w:lock w:val="sdtContentLocked"/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Select/enter</w:t>
                </w:r>
              </w:sdtContent>
            </w:sdt>
          </w:p>
        </w:tc>
      </w:tr>
      <w:tr w:rsidR="00A91566" w14:paraId="7A4351EC" w14:textId="77777777" w:rsidTr="002E6B87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  <w:trHeight w:val="1726"/>
        </w:trPr>
        <w:tc>
          <w:tcPr>
            <w:tcW w:w="2427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7808AF" w14:textId="77777777" w:rsidR="00A91566" w:rsidRDefault="005B510B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 xml:space="preserve">OCC </w:t>
            </w:r>
            <w:r w:rsidR="000831A5">
              <w:rPr>
                <w:b/>
                <w:color w:val="111111"/>
                <w:sz w:val="16"/>
              </w:rPr>
              <w:t>R</w:t>
            </w:r>
            <w:r>
              <w:rPr>
                <w:b/>
                <w:color w:val="111111"/>
                <w:sz w:val="16"/>
              </w:rPr>
              <w:t>ecommendation</w:t>
            </w:r>
          </w:p>
        </w:tc>
        <w:tc>
          <w:tcPr>
            <w:tcW w:w="2268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F217F6" w14:textId="77777777" w:rsidR="00A91566" w:rsidRDefault="00145FD3">
            <w:pPr>
              <w:spacing w:after="0" w:line="240" w:lineRule="auto"/>
            </w:pPr>
            <w:sdt>
              <w:sdtPr>
                <w:alias w:val="CAAM_OCC_RECOMMENDATION"/>
                <w:tag w:val="CAAM_OCC_RECOMMENDATION"/>
                <w:id w:val="1990121545"/>
                <w:lock w:val="sdtContentLocked"/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Select/enter</w:t>
                </w:r>
              </w:sdtContent>
            </w:sdt>
          </w:p>
        </w:tc>
        <w:tc>
          <w:tcPr>
            <w:tcW w:w="2268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8E11E9" w14:textId="77777777" w:rsidR="00A91566" w:rsidRDefault="000831A5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>R</w:t>
            </w:r>
            <w:r w:rsidR="005B510B">
              <w:rPr>
                <w:b/>
                <w:color w:val="111111"/>
                <w:sz w:val="16"/>
              </w:rPr>
              <w:t>emarks</w:t>
            </w:r>
          </w:p>
        </w:tc>
        <w:tc>
          <w:tcPr>
            <w:tcW w:w="2397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51CD71" w14:textId="77777777" w:rsidR="00A91566" w:rsidRDefault="00145FD3">
            <w:pPr>
              <w:spacing w:after="240" w:line="240" w:lineRule="auto"/>
            </w:pPr>
            <w:sdt>
              <w:sdtPr>
                <w:alias w:val="CAAM_OCC_REMARKS"/>
                <w:tag w:val="CAAM_OCC_REMARKS"/>
                <w:id w:val="-986240059"/>
                <w:lock w:val="sdtContentLocked"/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Enter details</w:t>
                </w:r>
              </w:sdtContent>
            </w:sdt>
          </w:p>
        </w:tc>
      </w:tr>
    </w:tbl>
    <w:p w14:paraId="03AABDD4" w14:textId="77777777" w:rsidR="00A91566" w:rsidRDefault="005B510B">
      <w:pPr>
        <w:spacing w:after="0" w:line="60" w:lineRule="exact"/>
      </w:pPr>
      <w:r>
        <w:rPr>
          <w:color w:val="111111"/>
          <w:sz w:val="2"/>
        </w:rPr>
        <w:t xml:space="preserve"> </w:t>
      </w:r>
    </w:p>
    <w:tbl>
      <w:tblPr>
        <w:tblW w:w="9360" w:type="dxa"/>
        <w:tblInd w:w="120" w:type="dxa"/>
        <w:tblBorders>
          <w:top w:val="single" w:sz="6" w:space="0" w:color="8EA1B1"/>
          <w:left w:val="single" w:sz="6" w:space="0" w:color="8EA1B1"/>
          <w:bottom w:val="single" w:sz="6" w:space="0" w:color="8EA1B1"/>
          <w:right w:val="single" w:sz="6" w:space="0" w:color="8EA1B1"/>
          <w:insideH w:val="single" w:sz="6" w:space="0" w:color="8EA1B1"/>
          <w:insideV w:val="single" w:sz="6" w:space="0" w:color="8EA1B1"/>
        </w:tblBorders>
        <w:tblLayout w:type="fixed"/>
        <w:tblLook w:val="04A0" w:firstRow="1" w:lastRow="0" w:firstColumn="1" w:lastColumn="0" w:noHBand="0" w:noVBand="1"/>
      </w:tblPr>
      <w:tblGrid>
        <w:gridCol w:w="2424"/>
        <w:gridCol w:w="2268"/>
        <w:gridCol w:w="2268"/>
        <w:gridCol w:w="2400"/>
      </w:tblGrid>
      <w:tr w:rsidR="00A91566" w14:paraId="10BA5891" w14:textId="77777777" w:rsidTr="002E6B87">
        <w:trPr>
          <w:cantSplit/>
          <w:trHeight w:val="214"/>
        </w:trPr>
        <w:tc>
          <w:tcPr>
            <w:tcW w:w="2424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41217E" w14:textId="7B8C77BC" w:rsidR="00A91566" w:rsidRDefault="00145FD3">
            <w:pPr>
              <w:spacing w:after="0" w:line="240" w:lineRule="auto"/>
            </w:pPr>
            <w:sdt>
              <w:sdtPr>
                <w:alias w:val="CB_OFF_COMPLETE"/>
                <w:tag w:val="CB_OFF_COMPLETE"/>
                <w:id w:val="-2032482286"/>
                <w:lock w:val="sdt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480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510B">
              <w:rPr>
                <w:color w:val="111111"/>
                <w:sz w:val="15"/>
              </w:rPr>
              <w:t xml:space="preserve">  Complete</w:t>
            </w:r>
          </w:p>
        </w:tc>
        <w:tc>
          <w:tcPr>
            <w:tcW w:w="2268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AEB073" w14:textId="260E73AC" w:rsidR="00A91566" w:rsidRDefault="00145FD3">
            <w:pPr>
              <w:spacing w:after="0" w:line="240" w:lineRule="auto"/>
            </w:pPr>
            <w:sdt>
              <w:sdtPr>
                <w:alias w:val="CB_OFF_TIMELY"/>
                <w:tag w:val="CB_OFF_TIMELY"/>
                <w:id w:val="-781800136"/>
                <w:lock w:val="sdt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480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510B">
              <w:rPr>
                <w:color w:val="111111"/>
                <w:sz w:val="15"/>
              </w:rPr>
              <w:t xml:space="preserve">  Timely</w:t>
            </w:r>
          </w:p>
        </w:tc>
        <w:tc>
          <w:tcPr>
            <w:tcW w:w="2268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B3DECE" w14:textId="6FE1A116" w:rsidR="00A91566" w:rsidRDefault="00145FD3">
            <w:pPr>
              <w:spacing w:after="0" w:line="240" w:lineRule="auto"/>
            </w:pPr>
            <w:sdt>
              <w:sdtPr>
                <w:alias w:val="CB_OFF_ELIGIBLE"/>
                <w:tag w:val="CB_OFF_ELIGIBLE"/>
                <w:id w:val="-1715736400"/>
                <w:lock w:val="sdt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480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510B">
              <w:rPr>
                <w:color w:val="111111"/>
                <w:sz w:val="15"/>
              </w:rPr>
              <w:t xml:space="preserve">  Eligible</w:t>
            </w:r>
          </w:p>
        </w:tc>
        <w:tc>
          <w:tcPr>
            <w:tcW w:w="2400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775310" w14:textId="7A439B6C" w:rsidR="00A91566" w:rsidRDefault="00145FD3">
            <w:pPr>
              <w:spacing w:after="0" w:line="240" w:lineRule="auto"/>
            </w:pPr>
            <w:sdt>
              <w:sdtPr>
                <w:alias w:val="CB_OFF_SUPPORTED"/>
                <w:tag w:val="CB_OFF_SUPPORTED"/>
                <w:id w:val="-282884457"/>
                <w:lock w:val="sdt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480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510B">
              <w:rPr>
                <w:color w:val="111111"/>
                <w:sz w:val="15"/>
              </w:rPr>
              <w:t xml:space="preserve">  Supporting documents verified</w:t>
            </w:r>
          </w:p>
        </w:tc>
      </w:tr>
      <w:tr w:rsidR="00A91566" w14:paraId="3EB87F33" w14:textId="77777777" w:rsidTr="002E6B87">
        <w:trPr>
          <w:cantSplit/>
          <w:trHeight w:val="3055"/>
        </w:trPr>
        <w:tc>
          <w:tcPr>
            <w:tcW w:w="2424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E47EA7" w14:textId="1C9AE916" w:rsidR="00A91566" w:rsidRDefault="005B510B">
            <w:pPr>
              <w:spacing w:after="320" w:line="252" w:lineRule="auto"/>
            </w:pPr>
            <w:r>
              <w:rPr>
                <w:b/>
                <w:color w:val="123B5D"/>
                <w:sz w:val="14"/>
              </w:rPr>
              <w:lastRenderedPageBreak/>
              <w:t xml:space="preserve">OCC </w:t>
            </w:r>
            <w:r w:rsidR="000831A5">
              <w:rPr>
                <w:b/>
                <w:color w:val="123B5D"/>
                <w:sz w:val="14"/>
              </w:rPr>
              <w:t>O</w:t>
            </w:r>
            <w:r>
              <w:rPr>
                <w:b/>
                <w:color w:val="123B5D"/>
                <w:sz w:val="14"/>
              </w:rPr>
              <w:t>fficer</w:t>
            </w:r>
            <w:r>
              <w:rPr>
                <w:b/>
                <w:color w:val="123B5D"/>
                <w:sz w:val="14"/>
              </w:rPr>
              <w:br/>
            </w:r>
            <w:sdt>
              <w:sdtPr>
                <w:alias w:val="OFF_OCC_OFFICER"/>
                <w:tag w:val="OFF_OCC_OFFICER"/>
                <w:id w:val="-1127391297"/>
                <w:lock w:val="sdtContentLocked"/>
                <w:text/>
              </w:sdtPr>
              <w:sdtEndPr/>
              <w:sdtContent>
                <w:r>
                  <w:rPr>
                    <w:color w:val="6B7780"/>
                    <w:sz w:val="14"/>
                  </w:rPr>
                  <w:t>Enter text</w:t>
                </w:r>
              </w:sdtContent>
            </w:sdt>
            <w:r>
              <w:rPr>
                <w:i/>
                <w:color w:val="6B7780"/>
                <w:sz w:val="14"/>
              </w:rPr>
              <w:br/>
            </w:r>
            <w:r w:rsidR="00CF49CB">
              <w:rPr>
                <w:i/>
                <w:color w:val="6B7780"/>
                <w:sz w:val="14"/>
              </w:rPr>
              <w:t>Signature/date/stamp</w:t>
            </w:r>
          </w:p>
        </w:tc>
        <w:tc>
          <w:tcPr>
            <w:tcW w:w="2268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DBAD8C" w14:textId="4561E20B" w:rsidR="00A91566" w:rsidRDefault="005B510B">
            <w:pPr>
              <w:spacing w:after="320" w:line="252" w:lineRule="auto"/>
            </w:pPr>
            <w:r>
              <w:rPr>
                <w:b/>
                <w:color w:val="123B5D"/>
                <w:sz w:val="14"/>
              </w:rPr>
              <w:t xml:space="preserve">ATSU </w:t>
            </w:r>
            <w:r w:rsidR="000831A5">
              <w:rPr>
                <w:b/>
                <w:color w:val="123B5D"/>
                <w:sz w:val="14"/>
              </w:rPr>
              <w:t>R</w:t>
            </w:r>
            <w:r>
              <w:rPr>
                <w:b/>
                <w:color w:val="123B5D"/>
                <w:sz w:val="14"/>
              </w:rPr>
              <w:t>eviewer</w:t>
            </w:r>
            <w:r>
              <w:rPr>
                <w:b/>
                <w:color w:val="123B5D"/>
                <w:sz w:val="14"/>
              </w:rPr>
              <w:br/>
            </w:r>
            <w:sdt>
              <w:sdtPr>
                <w:alias w:val="OFF_ATSU_REVIEWER"/>
                <w:tag w:val="OFF_ATSU_REVIEWER"/>
                <w:id w:val="1950730820"/>
                <w:lock w:val="sdtContentLocked"/>
                <w:text/>
              </w:sdtPr>
              <w:sdtEndPr/>
              <w:sdtContent>
                <w:r>
                  <w:rPr>
                    <w:color w:val="6B7780"/>
                    <w:sz w:val="14"/>
                  </w:rPr>
                  <w:t>Enter text</w:t>
                </w:r>
              </w:sdtContent>
            </w:sdt>
            <w:r>
              <w:rPr>
                <w:i/>
                <w:color w:val="6B7780"/>
                <w:sz w:val="14"/>
              </w:rPr>
              <w:br/>
            </w:r>
            <w:r w:rsidR="00CF49CB">
              <w:rPr>
                <w:i/>
                <w:color w:val="6B7780"/>
                <w:sz w:val="14"/>
              </w:rPr>
              <w:t>Signature/date/stamp</w:t>
            </w:r>
          </w:p>
        </w:tc>
        <w:tc>
          <w:tcPr>
            <w:tcW w:w="2268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9DCEBE" w14:textId="614FBC4D" w:rsidR="00A91566" w:rsidRDefault="005B510B">
            <w:pPr>
              <w:spacing w:after="320" w:line="252" w:lineRule="auto"/>
            </w:pPr>
            <w:r>
              <w:rPr>
                <w:b/>
                <w:color w:val="123B5D"/>
                <w:sz w:val="14"/>
              </w:rPr>
              <w:t>DCEO</w:t>
            </w:r>
            <w:r w:rsidR="007B4EB7">
              <w:rPr>
                <w:b/>
                <w:color w:val="123B5D"/>
                <w:sz w:val="14"/>
              </w:rPr>
              <w:t xml:space="preserve"> ANS </w:t>
            </w:r>
            <w:r w:rsidR="000831A5">
              <w:rPr>
                <w:b/>
                <w:color w:val="123B5D"/>
                <w:sz w:val="14"/>
              </w:rPr>
              <w:t>R</w:t>
            </w:r>
            <w:r>
              <w:rPr>
                <w:b/>
                <w:color w:val="123B5D"/>
                <w:sz w:val="14"/>
              </w:rPr>
              <w:t>ecommendation*</w:t>
            </w:r>
            <w:r>
              <w:rPr>
                <w:b/>
                <w:color w:val="123B5D"/>
                <w:sz w:val="14"/>
              </w:rPr>
              <w:br/>
            </w:r>
            <w:sdt>
              <w:sdtPr>
                <w:alias w:val="OFF_DCEO"/>
                <w:tag w:val="OFF_DCEO"/>
                <w:id w:val="-77983969"/>
                <w:lock w:val="sdtContentLocked"/>
                <w:text/>
              </w:sdtPr>
              <w:sdtEndPr/>
              <w:sdtContent>
                <w:r>
                  <w:rPr>
                    <w:color w:val="6B7780"/>
                    <w:sz w:val="14"/>
                  </w:rPr>
                  <w:t>Enter text</w:t>
                </w:r>
              </w:sdtContent>
            </w:sdt>
            <w:r>
              <w:rPr>
                <w:i/>
                <w:color w:val="6B7780"/>
                <w:sz w:val="14"/>
              </w:rPr>
              <w:br/>
            </w:r>
            <w:r w:rsidR="00CF49CB">
              <w:rPr>
                <w:i/>
                <w:color w:val="6B7780"/>
                <w:sz w:val="14"/>
              </w:rPr>
              <w:t>Signature/date/stamp</w:t>
            </w:r>
          </w:p>
        </w:tc>
        <w:tc>
          <w:tcPr>
            <w:tcW w:w="2400" w:type="dxa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1124AB" w14:textId="1D0C1A1F" w:rsidR="00A91566" w:rsidRDefault="005B510B">
            <w:pPr>
              <w:spacing w:after="320" w:line="252" w:lineRule="auto"/>
            </w:pPr>
            <w:r>
              <w:rPr>
                <w:b/>
                <w:color w:val="123B5D"/>
                <w:sz w:val="14"/>
              </w:rPr>
              <w:t xml:space="preserve">CEO </w:t>
            </w:r>
            <w:r w:rsidR="000831A5">
              <w:rPr>
                <w:b/>
                <w:color w:val="123B5D"/>
                <w:sz w:val="14"/>
              </w:rPr>
              <w:t>D</w:t>
            </w:r>
            <w:r>
              <w:rPr>
                <w:b/>
                <w:color w:val="123B5D"/>
                <w:sz w:val="14"/>
              </w:rPr>
              <w:t>ecision*</w:t>
            </w:r>
            <w:r>
              <w:rPr>
                <w:b/>
                <w:color w:val="123B5D"/>
                <w:sz w:val="14"/>
              </w:rPr>
              <w:br/>
            </w:r>
            <w:sdt>
              <w:sdtPr>
                <w:alias w:val="OFF_CEO"/>
                <w:tag w:val="OFF_CEO"/>
                <w:id w:val="1834110227"/>
                <w:lock w:val="sdtContentLocked"/>
                <w:text/>
              </w:sdtPr>
              <w:sdtEndPr/>
              <w:sdtContent>
                <w:r>
                  <w:rPr>
                    <w:color w:val="6B7780"/>
                    <w:sz w:val="14"/>
                  </w:rPr>
                  <w:t>Enter text</w:t>
                </w:r>
              </w:sdtContent>
            </w:sdt>
            <w:r>
              <w:rPr>
                <w:i/>
                <w:color w:val="6B7780"/>
                <w:sz w:val="14"/>
              </w:rPr>
              <w:br/>
            </w:r>
            <w:r w:rsidR="00CF49CB">
              <w:rPr>
                <w:i/>
                <w:color w:val="6B7780"/>
                <w:sz w:val="14"/>
              </w:rPr>
              <w:t>Signature/date/stamp</w:t>
            </w:r>
          </w:p>
        </w:tc>
      </w:tr>
    </w:tbl>
    <w:p w14:paraId="46F4A184" w14:textId="77777777" w:rsidR="00A91566" w:rsidRDefault="005B510B">
      <w:pPr>
        <w:spacing w:before="20" w:after="40"/>
      </w:pPr>
      <w:r>
        <w:rPr>
          <w:i/>
          <w:color w:val="6B7780"/>
          <w:sz w:val="14"/>
        </w:rPr>
        <w:t>* Pre-planned applications only, subject to the applicable CAAM approval workflow.</w:t>
      </w:r>
    </w:p>
    <w:p w14:paraId="31E52490" w14:textId="77777777" w:rsidR="00A91566" w:rsidRDefault="005B510B">
      <w:pPr>
        <w:spacing w:after="0" w:line="40" w:lineRule="exact"/>
      </w:pPr>
      <w:r>
        <w:rPr>
          <w:color w:val="111111"/>
          <w:sz w:val="2"/>
        </w:rPr>
        <w:t xml:space="preserve"> </w:t>
      </w:r>
    </w:p>
    <w:tbl>
      <w:tblPr>
        <w:tblW w:w="9360" w:type="dxa"/>
        <w:tblInd w:w="120" w:type="dxa"/>
        <w:tblBorders>
          <w:top w:val="single" w:sz="4" w:space="0" w:color="8EA1B1"/>
          <w:left w:val="single" w:sz="4" w:space="0" w:color="8EA1B1"/>
          <w:bottom w:val="single" w:sz="4" w:space="0" w:color="8EA1B1"/>
          <w:right w:val="single" w:sz="4" w:space="0" w:color="8EA1B1"/>
          <w:insideH w:val="single" w:sz="4" w:space="0" w:color="8EA1B1"/>
          <w:insideV w:val="single" w:sz="4" w:space="0" w:color="8EA1B1"/>
        </w:tblBorders>
        <w:tblLayout w:type="fixed"/>
        <w:tblLook w:val="04A0" w:firstRow="1" w:lastRow="0" w:firstColumn="1" w:lastColumn="0" w:noHBand="0" w:noVBand="1"/>
      </w:tblPr>
      <w:tblGrid>
        <w:gridCol w:w="4837"/>
        <w:gridCol w:w="4511"/>
        <w:gridCol w:w="12"/>
      </w:tblGrid>
      <w:tr w:rsidR="00A91566" w14:paraId="461872D7" w14:textId="77777777" w:rsidTr="00921EDE">
        <w:trPr>
          <w:gridAfter w:val="1"/>
          <w:wAfter w:w="12" w:type="dxa"/>
          <w:cantSplit/>
        </w:trPr>
        <w:tc>
          <w:tcPr>
            <w:tcW w:w="9348" w:type="dxa"/>
            <w:gridSpan w:val="2"/>
            <w:shd w:val="clear" w:color="auto" w:fill="DCEAF5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3EB87976" w14:textId="77777777" w:rsidR="00A91566" w:rsidRDefault="005B510B">
            <w:pPr>
              <w:spacing w:after="0" w:line="240" w:lineRule="auto"/>
            </w:pPr>
            <w:r>
              <w:rPr>
                <w:b/>
                <w:color w:val="123B5D"/>
              </w:rPr>
              <w:t>C. DECISION RECORD</w:t>
            </w:r>
          </w:p>
        </w:tc>
      </w:tr>
      <w:tr w:rsidR="00A91566" w14:paraId="10D2AABD" w14:textId="77777777" w:rsidTr="00921EDE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  <w:trHeight w:val="358"/>
        </w:trPr>
        <w:tc>
          <w:tcPr>
            <w:tcW w:w="4837" w:type="dxa"/>
          </w:tcPr>
          <w:p w14:paraId="32FA8D2E" w14:textId="2E1CAE37" w:rsidR="00A91566" w:rsidRDefault="00145FD3">
            <w:pPr>
              <w:spacing w:after="0" w:line="240" w:lineRule="auto"/>
            </w:pPr>
            <w:sdt>
              <w:sdtPr>
                <w:alias w:val="CB_DEC_PREAPPROVAL"/>
                <w:tag w:val="CB_DEC_PREAPPROVAL"/>
                <w:id w:val="369265497"/>
                <w:lock w:val="sdt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2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510B">
              <w:rPr>
                <w:color w:val="111111"/>
                <w:sz w:val="16"/>
              </w:rPr>
              <w:t xml:space="preserve">  Pre-approved (</w:t>
            </w:r>
            <w:r w:rsidR="000831A5">
              <w:rPr>
                <w:color w:val="111111"/>
                <w:sz w:val="16"/>
              </w:rPr>
              <w:t>pre-planned</w:t>
            </w:r>
            <w:r w:rsidR="005B510B">
              <w:rPr>
                <w:color w:val="111111"/>
                <w:sz w:val="16"/>
              </w:rPr>
              <w:t>)</w:t>
            </w:r>
          </w:p>
        </w:tc>
        <w:tc>
          <w:tcPr>
            <w:tcW w:w="4523" w:type="dxa"/>
            <w:gridSpan w:val="2"/>
          </w:tcPr>
          <w:p w14:paraId="5106E6D7" w14:textId="6263C1C3" w:rsidR="00A91566" w:rsidRDefault="00145FD3">
            <w:pPr>
              <w:spacing w:after="0" w:line="240" w:lineRule="auto"/>
            </w:pPr>
            <w:sdt>
              <w:sdtPr>
                <w:alias w:val="CB_DEC_APPROVED"/>
                <w:tag w:val="CB_DEC_APPROVED"/>
                <w:id w:val="551737069"/>
                <w:lock w:val="sdt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2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510B">
              <w:rPr>
                <w:color w:val="111111"/>
                <w:sz w:val="16"/>
              </w:rPr>
              <w:t xml:space="preserve">  Approved</w:t>
            </w:r>
          </w:p>
        </w:tc>
      </w:tr>
      <w:tr w:rsidR="00A91566" w14:paraId="3EA2889A" w14:textId="77777777" w:rsidTr="00921EDE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</w:trPr>
        <w:tc>
          <w:tcPr>
            <w:tcW w:w="4837" w:type="dxa"/>
          </w:tcPr>
          <w:p w14:paraId="7CECC5F6" w14:textId="07D3B356" w:rsidR="00A91566" w:rsidRDefault="00145FD3">
            <w:pPr>
              <w:spacing w:after="0" w:line="240" w:lineRule="auto"/>
            </w:pPr>
            <w:sdt>
              <w:sdtPr>
                <w:alias w:val="CB_DEC_CONDITIONAL"/>
                <w:tag w:val="CB_DEC_CONDITIONAL"/>
                <w:id w:val="-1491171823"/>
                <w:lock w:val="sdt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2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510B">
              <w:rPr>
                <w:color w:val="111111"/>
                <w:sz w:val="16"/>
              </w:rPr>
              <w:t xml:space="preserve">  Approved with conditions / amended / partial</w:t>
            </w:r>
          </w:p>
        </w:tc>
        <w:tc>
          <w:tcPr>
            <w:tcW w:w="4523" w:type="dxa"/>
            <w:gridSpan w:val="2"/>
          </w:tcPr>
          <w:p w14:paraId="22735C24" w14:textId="6E91ED75" w:rsidR="00A91566" w:rsidRDefault="00145FD3">
            <w:pPr>
              <w:spacing w:after="0" w:line="240" w:lineRule="auto"/>
            </w:pPr>
            <w:sdt>
              <w:sdtPr>
                <w:alias w:val="CB_DEC_REJECTED"/>
                <w:tag w:val="CB_DEC_REJECTED"/>
                <w:id w:val="-1713725994"/>
                <w:lock w:val="sdtConten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2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510B">
              <w:rPr>
                <w:color w:val="111111"/>
                <w:sz w:val="16"/>
              </w:rPr>
              <w:t xml:space="preserve"> </w:t>
            </w:r>
            <w:r w:rsidR="00690FD4">
              <w:rPr>
                <w:color w:val="111111"/>
                <w:sz w:val="16"/>
              </w:rPr>
              <w:t>Rejected/returned/closed</w:t>
            </w:r>
          </w:p>
        </w:tc>
      </w:tr>
      <w:tr w:rsidR="00A91566" w14:paraId="220BAD66" w14:textId="77777777" w:rsidTr="00921EDE">
        <w:tblPrEx>
          <w:tblBorders>
            <w:top w:val="single" w:sz="6" w:space="0" w:color="8EA1B1"/>
            <w:left w:val="single" w:sz="6" w:space="0" w:color="8EA1B1"/>
            <w:bottom w:val="single" w:sz="6" w:space="0" w:color="8EA1B1"/>
            <w:right w:val="single" w:sz="6" w:space="0" w:color="8EA1B1"/>
            <w:insideH w:val="single" w:sz="6" w:space="0" w:color="8EA1B1"/>
            <w:insideV w:val="single" w:sz="6" w:space="0" w:color="8EA1B1"/>
          </w:tblBorders>
        </w:tblPrEx>
        <w:trPr>
          <w:cantSplit/>
          <w:trHeight w:val="595"/>
        </w:trPr>
        <w:tc>
          <w:tcPr>
            <w:tcW w:w="4837" w:type="dxa"/>
            <w:shd w:val="clear" w:color="auto" w:fill="F1F3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5F4645" w14:textId="77777777" w:rsidR="00A91566" w:rsidRDefault="005B510B">
            <w:pPr>
              <w:spacing w:after="0" w:line="240" w:lineRule="auto"/>
            </w:pPr>
            <w:r>
              <w:rPr>
                <w:b/>
                <w:color w:val="111111"/>
                <w:sz w:val="16"/>
              </w:rPr>
              <w:t>Decision reference, approved ATS hours and conditions</w:t>
            </w:r>
          </w:p>
        </w:tc>
        <w:tc>
          <w:tcPr>
            <w:tcW w:w="4523" w:type="dxa"/>
            <w:gridSpan w:val="2"/>
            <w:shd w:val="clear" w:color="auto" w:fill="F3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17CC76" w14:textId="77777777" w:rsidR="00A91566" w:rsidRDefault="00145FD3">
            <w:pPr>
              <w:spacing w:after="240" w:line="240" w:lineRule="auto"/>
            </w:pPr>
            <w:sdt>
              <w:sdtPr>
                <w:alias w:val="DECISION_DETAILS"/>
                <w:tag w:val="DECISION_DETAILS"/>
                <w:id w:val="-2019294187"/>
                <w:text/>
              </w:sdtPr>
              <w:sdtEndPr/>
              <w:sdtContent>
                <w:r w:rsidR="005B510B">
                  <w:rPr>
                    <w:color w:val="6B7780"/>
                    <w:sz w:val="16"/>
                  </w:rPr>
                  <w:t>Enter details</w:t>
                </w:r>
              </w:sdtContent>
            </w:sdt>
          </w:p>
        </w:tc>
      </w:tr>
    </w:tbl>
    <w:p w14:paraId="3507F680" w14:textId="77777777" w:rsidR="00A91566" w:rsidRDefault="005B510B">
      <w:pPr>
        <w:spacing w:after="0" w:line="60" w:lineRule="exact"/>
      </w:pPr>
      <w:r>
        <w:rPr>
          <w:color w:val="111111"/>
          <w:sz w:val="2"/>
        </w:rPr>
        <w:t xml:space="preserve"> </w:t>
      </w:r>
    </w:p>
    <w:tbl>
      <w:tblPr>
        <w:tblW w:w="9360" w:type="dxa"/>
        <w:tblInd w:w="130" w:type="dxa"/>
        <w:tblBorders>
          <w:top w:val="single" w:sz="4" w:space="0" w:color="8EA1B1"/>
          <w:left w:val="single" w:sz="4" w:space="0" w:color="8EA1B1"/>
          <w:bottom w:val="single" w:sz="4" w:space="0" w:color="8EA1B1"/>
          <w:right w:val="single" w:sz="4" w:space="0" w:color="8EA1B1"/>
          <w:insideH w:val="single" w:sz="4" w:space="0" w:color="8EA1B1"/>
          <w:insideV w:val="single" w:sz="4" w:space="0" w:color="8EA1B1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A91566" w14:paraId="431E9C8C" w14:textId="77777777">
        <w:trPr>
          <w:cantSplit/>
        </w:trPr>
        <w:tc>
          <w:tcPr>
            <w:tcW w:w="9360" w:type="dxa"/>
            <w:shd w:val="clear" w:color="auto" w:fill="E8F3E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D885B2E" w14:textId="77777777" w:rsidR="00A91566" w:rsidRDefault="005B510B" w:rsidP="000831A5">
            <w:pPr>
              <w:spacing w:after="0" w:line="252" w:lineRule="auto"/>
              <w:jc w:val="both"/>
            </w:pPr>
            <w:r>
              <w:rPr>
                <w:b/>
                <w:color w:val="111111"/>
                <w:sz w:val="16"/>
              </w:rPr>
              <w:t xml:space="preserve">SUBMIT TO CAAM OCC: </w:t>
            </w:r>
            <w:r>
              <w:rPr>
                <w:color w:val="111111"/>
                <w:sz w:val="16"/>
              </w:rPr>
              <w:t>occ.group@caam.gov.my  |  Tel: +603-8529 1221  |  Mobile/WhatsApp: +6011-6570 1221  |  OCC processing hours: 0900-2300 LT (0100-1500 UTC) daily. Applications received outside these hours are treated as received at the start of the next OCC operating period.</w:t>
            </w:r>
          </w:p>
        </w:tc>
      </w:tr>
    </w:tbl>
    <w:p w14:paraId="0868807A" w14:textId="77777777" w:rsidR="005B510B" w:rsidRDefault="005B510B"/>
    <w:sectPr w:rsidR="005B510B" w:rsidSect="00034616">
      <w:headerReference w:type="default" r:id="rId15"/>
      <w:footerReference w:type="default" r:id="rId16"/>
      <w:pgSz w:w="11906" w:h="16838"/>
      <w:pgMar w:top="765" w:right="765" w:bottom="709" w:left="765" w:header="255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FDF2E" w14:textId="77777777" w:rsidR="00145FD3" w:rsidRDefault="00145FD3">
      <w:pPr>
        <w:spacing w:after="0" w:line="240" w:lineRule="auto"/>
      </w:pPr>
      <w:r>
        <w:separator/>
      </w:r>
    </w:p>
  </w:endnote>
  <w:endnote w:type="continuationSeparator" w:id="0">
    <w:p w14:paraId="746B926C" w14:textId="77777777" w:rsidR="00145FD3" w:rsidRDefault="00145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7F683" w14:textId="480F696D" w:rsidR="00A91566" w:rsidRDefault="005B510B">
    <w:pPr>
      <w:pStyle w:val="Footer"/>
      <w:spacing w:before="40"/>
      <w:jc w:val="center"/>
    </w:pPr>
    <w:r>
      <w:rPr>
        <w:color w:val="6B7780"/>
        <w:sz w:val="14"/>
      </w:rPr>
      <w:t xml:space="preserve">CIVIL AVIATION AUTHORITY OF </w:t>
    </w:r>
    <w:r w:rsidR="006D61AF">
      <w:rPr>
        <w:color w:val="6B7780"/>
        <w:sz w:val="14"/>
      </w:rPr>
      <w:t>MALAYSIA | Controlled</w:t>
    </w:r>
    <w:r>
      <w:rPr>
        <w:color w:val="6B7780"/>
        <w:sz w:val="14"/>
      </w:rPr>
      <w:t xml:space="preserve"> </w:t>
    </w:r>
    <w:r w:rsidR="006D61AF">
      <w:rPr>
        <w:color w:val="6B7780"/>
        <w:sz w:val="14"/>
      </w:rPr>
      <w:t>Form | Page</w:t>
    </w:r>
    <w:r>
      <w:rPr>
        <w:color w:val="6B7780"/>
        <w:sz w:val="14"/>
      </w:rPr>
      <w:t xml:space="preserve"> </w:t>
    </w:r>
    <w:r>
      <w:rPr>
        <w:color w:val="6B7780"/>
        <w:sz w:val="15"/>
      </w:rPr>
      <w:fldChar w:fldCharType="begin"/>
    </w:r>
    <w:r>
      <w:rPr>
        <w:color w:val="6B7780"/>
        <w:sz w:val="15"/>
      </w:rPr>
      <w:instrText>PAGE</w:instrText>
    </w:r>
    <w:r>
      <w:rPr>
        <w:color w:val="6B7780"/>
        <w:sz w:val="15"/>
      </w:rPr>
      <w:fldChar w:fldCharType="separate"/>
    </w:r>
    <w:r>
      <w:rPr>
        <w:color w:val="6B7780"/>
        <w:sz w:val="15"/>
      </w:rPr>
      <w:t>1</w:t>
    </w:r>
    <w:r>
      <w:rPr>
        <w:color w:val="6B7780"/>
        <w:sz w:val="15"/>
      </w:rPr>
      <w:fldChar w:fldCharType="end"/>
    </w:r>
    <w:r>
      <w:rPr>
        <w:color w:val="6B7780"/>
        <w:sz w:val="14"/>
      </w:rPr>
      <w:t xml:space="preserve"> of </w:t>
    </w:r>
    <w:r>
      <w:rPr>
        <w:color w:val="6B7780"/>
        <w:sz w:val="15"/>
      </w:rPr>
      <w:fldChar w:fldCharType="begin"/>
    </w:r>
    <w:r>
      <w:rPr>
        <w:color w:val="6B7780"/>
        <w:sz w:val="15"/>
      </w:rPr>
      <w:instrText>NUMPAGES</w:instrText>
    </w:r>
    <w:r>
      <w:rPr>
        <w:color w:val="6B7780"/>
        <w:sz w:val="15"/>
      </w:rPr>
      <w:fldChar w:fldCharType="separate"/>
    </w:r>
    <w:r>
      <w:rPr>
        <w:color w:val="6B7780"/>
        <w:sz w:val="15"/>
      </w:rPr>
      <w:t>1</w:t>
    </w:r>
    <w:r>
      <w:rPr>
        <w:color w:val="6B7780"/>
        <w:sz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127BD" w14:textId="11A5EBC0" w:rsidR="00A91566" w:rsidRDefault="005B510B">
    <w:pPr>
      <w:pStyle w:val="Footer"/>
      <w:spacing w:before="40"/>
      <w:jc w:val="center"/>
    </w:pPr>
    <w:r>
      <w:rPr>
        <w:color w:val="6B7780"/>
        <w:sz w:val="14"/>
      </w:rPr>
      <w:t xml:space="preserve">CIVIL AVIATION AUTHORITY OF </w:t>
    </w:r>
    <w:r w:rsidR="006D61AF">
      <w:rPr>
        <w:color w:val="6B7780"/>
        <w:sz w:val="14"/>
      </w:rPr>
      <w:t>MALAYSIA | Controlled</w:t>
    </w:r>
    <w:r>
      <w:rPr>
        <w:color w:val="6B7780"/>
        <w:sz w:val="14"/>
      </w:rPr>
      <w:t xml:space="preserve"> </w:t>
    </w:r>
    <w:r w:rsidR="006D61AF">
      <w:rPr>
        <w:color w:val="6B7780"/>
        <w:sz w:val="14"/>
      </w:rPr>
      <w:t>Form | Page</w:t>
    </w:r>
    <w:r>
      <w:rPr>
        <w:color w:val="6B7780"/>
        <w:sz w:val="14"/>
      </w:rPr>
      <w:t xml:space="preserve"> </w:t>
    </w:r>
    <w:r>
      <w:rPr>
        <w:color w:val="6B7780"/>
        <w:sz w:val="15"/>
      </w:rPr>
      <w:fldChar w:fldCharType="begin"/>
    </w:r>
    <w:r>
      <w:rPr>
        <w:color w:val="6B7780"/>
        <w:sz w:val="15"/>
      </w:rPr>
      <w:instrText>PAGE</w:instrText>
    </w:r>
    <w:r>
      <w:rPr>
        <w:color w:val="6B7780"/>
        <w:sz w:val="15"/>
      </w:rPr>
      <w:fldChar w:fldCharType="separate"/>
    </w:r>
    <w:r>
      <w:rPr>
        <w:color w:val="6B7780"/>
        <w:sz w:val="15"/>
      </w:rPr>
      <w:t>1</w:t>
    </w:r>
    <w:r>
      <w:rPr>
        <w:color w:val="6B7780"/>
        <w:sz w:val="15"/>
      </w:rPr>
      <w:fldChar w:fldCharType="end"/>
    </w:r>
    <w:r>
      <w:rPr>
        <w:color w:val="6B7780"/>
        <w:sz w:val="14"/>
      </w:rPr>
      <w:t xml:space="preserve"> of </w:t>
    </w:r>
    <w:r>
      <w:rPr>
        <w:color w:val="6B7780"/>
        <w:sz w:val="15"/>
      </w:rPr>
      <w:fldChar w:fldCharType="begin"/>
    </w:r>
    <w:r>
      <w:rPr>
        <w:color w:val="6B7780"/>
        <w:sz w:val="15"/>
      </w:rPr>
      <w:instrText>NUMPAGES</w:instrText>
    </w:r>
    <w:r>
      <w:rPr>
        <w:color w:val="6B7780"/>
        <w:sz w:val="15"/>
      </w:rPr>
      <w:fldChar w:fldCharType="separate"/>
    </w:r>
    <w:r>
      <w:rPr>
        <w:color w:val="6B7780"/>
        <w:sz w:val="15"/>
      </w:rPr>
      <w:t>1</w:t>
    </w:r>
    <w:r>
      <w:rPr>
        <w:color w:val="6B7780"/>
        <w:sz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E131C" w14:textId="780D19E0" w:rsidR="00A91566" w:rsidRDefault="005B510B">
    <w:pPr>
      <w:pStyle w:val="Footer"/>
      <w:spacing w:before="40"/>
      <w:jc w:val="center"/>
    </w:pPr>
    <w:r>
      <w:rPr>
        <w:color w:val="6B7780"/>
        <w:sz w:val="14"/>
      </w:rPr>
      <w:t xml:space="preserve">CIVIL AVIATION AUTHORITY </w:t>
    </w:r>
    <w:r w:rsidR="0094192E">
      <w:rPr>
        <w:color w:val="6B7780"/>
        <w:sz w:val="14"/>
      </w:rPr>
      <w:t xml:space="preserve">OF </w:t>
    </w:r>
    <w:r w:rsidR="0019305A">
      <w:rPr>
        <w:color w:val="6B7780"/>
        <w:sz w:val="14"/>
      </w:rPr>
      <w:t>MALAYSIA | Controlled</w:t>
    </w:r>
    <w:r>
      <w:rPr>
        <w:color w:val="6B7780"/>
        <w:sz w:val="14"/>
      </w:rPr>
      <w:t xml:space="preserve"> </w:t>
    </w:r>
    <w:r w:rsidR="0019305A">
      <w:rPr>
        <w:color w:val="6B7780"/>
        <w:sz w:val="14"/>
      </w:rPr>
      <w:t>Form | Page</w:t>
    </w:r>
    <w:r>
      <w:rPr>
        <w:color w:val="6B7780"/>
        <w:sz w:val="14"/>
      </w:rPr>
      <w:t xml:space="preserve"> </w:t>
    </w:r>
    <w:r>
      <w:rPr>
        <w:color w:val="6B7780"/>
        <w:sz w:val="15"/>
      </w:rPr>
      <w:fldChar w:fldCharType="begin"/>
    </w:r>
    <w:r>
      <w:rPr>
        <w:color w:val="6B7780"/>
        <w:sz w:val="15"/>
      </w:rPr>
      <w:instrText>PAGE</w:instrText>
    </w:r>
    <w:r>
      <w:rPr>
        <w:color w:val="6B7780"/>
        <w:sz w:val="15"/>
      </w:rPr>
      <w:fldChar w:fldCharType="separate"/>
    </w:r>
    <w:r>
      <w:rPr>
        <w:color w:val="6B7780"/>
        <w:sz w:val="15"/>
      </w:rPr>
      <w:t>1</w:t>
    </w:r>
    <w:r>
      <w:rPr>
        <w:color w:val="6B7780"/>
        <w:sz w:val="15"/>
      </w:rPr>
      <w:fldChar w:fldCharType="end"/>
    </w:r>
    <w:r>
      <w:rPr>
        <w:color w:val="6B7780"/>
        <w:sz w:val="14"/>
      </w:rPr>
      <w:t xml:space="preserve"> of </w:t>
    </w:r>
    <w:r>
      <w:rPr>
        <w:color w:val="6B7780"/>
        <w:sz w:val="15"/>
      </w:rPr>
      <w:fldChar w:fldCharType="begin"/>
    </w:r>
    <w:r>
      <w:rPr>
        <w:color w:val="6B7780"/>
        <w:sz w:val="15"/>
      </w:rPr>
      <w:instrText>NUMPAGES</w:instrText>
    </w:r>
    <w:r>
      <w:rPr>
        <w:color w:val="6B7780"/>
        <w:sz w:val="15"/>
      </w:rPr>
      <w:fldChar w:fldCharType="separate"/>
    </w:r>
    <w:r>
      <w:rPr>
        <w:color w:val="6B7780"/>
        <w:sz w:val="15"/>
      </w:rPr>
      <w:t>1</w:t>
    </w:r>
    <w:r>
      <w:rPr>
        <w:color w:val="6B7780"/>
        <w:sz w:val="15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7FEBD" w14:textId="6FBBB91D" w:rsidR="00A91566" w:rsidRDefault="005B510B">
    <w:pPr>
      <w:pStyle w:val="Footer"/>
      <w:spacing w:before="40"/>
      <w:jc w:val="center"/>
    </w:pPr>
    <w:r>
      <w:rPr>
        <w:color w:val="6B7780"/>
        <w:sz w:val="14"/>
      </w:rPr>
      <w:t xml:space="preserve">CIVIL AVIATION AUTHORITY OF </w:t>
    </w:r>
    <w:r w:rsidR="006D61AF">
      <w:rPr>
        <w:color w:val="6B7780"/>
        <w:sz w:val="14"/>
      </w:rPr>
      <w:t>MALAYSIA | Controlled</w:t>
    </w:r>
    <w:r>
      <w:rPr>
        <w:color w:val="6B7780"/>
        <w:sz w:val="14"/>
      </w:rPr>
      <w:t xml:space="preserve"> </w:t>
    </w:r>
    <w:r w:rsidR="006D61AF">
      <w:rPr>
        <w:color w:val="6B7780"/>
        <w:sz w:val="14"/>
      </w:rPr>
      <w:t>Form | Page</w:t>
    </w:r>
    <w:r>
      <w:rPr>
        <w:color w:val="6B7780"/>
        <w:sz w:val="14"/>
      </w:rPr>
      <w:t xml:space="preserve"> </w:t>
    </w:r>
    <w:r>
      <w:rPr>
        <w:color w:val="6B7780"/>
        <w:sz w:val="15"/>
      </w:rPr>
      <w:fldChar w:fldCharType="begin"/>
    </w:r>
    <w:r>
      <w:rPr>
        <w:color w:val="6B7780"/>
        <w:sz w:val="15"/>
      </w:rPr>
      <w:instrText>PAGE</w:instrText>
    </w:r>
    <w:r>
      <w:rPr>
        <w:color w:val="6B7780"/>
        <w:sz w:val="15"/>
      </w:rPr>
      <w:fldChar w:fldCharType="separate"/>
    </w:r>
    <w:r>
      <w:rPr>
        <w:color w:val="6B7780"/>
        <w:sz w:val="15"/>
      </w:rPr>
      <w:t>1</w:t>
    </w:r>
    <w:r>
      <w:rPr>
        <w:color w:val="6B7780"/>
        <w:sz w:val="15"/>
      </w:rPr>
      <w:fldChar w:fldCharType="end"/>
    </w:r>
    <w:r>
      <w:rPr>
        <w:color w:val="6B7780"/>
        <w:sz w:val="14"/>
      </w:rPr>
      <w:t xml:space="preserve"> of </w:t>
    </w:r>
    <w:r>
      <w:rPr>
        <w:color w:val="6B7780"/>
        <w:sz w:val="15"/>
      </w:rPr>
      <w:fldChar w:fldCharType="begin"/>
    </w:r>
    <w:r>
      <w:rPr>
        <w:color w:val="6B7780"/>
        <w:sz w:val="15"/>
      </w:rPr>
      <w:instrText>NUMPAGES</w:instrText>
    </w:r>
    <w:r>
      <w:rPr>
        <w:color w:val="6B7780"/>
        <w:sz w:val="15"/>
      </w:rPr>
      <w:fldChar w:fldCharType="separate"/>
    </w:r>
    <w:r>
      <w:rPr>
        <w:color w:val="6B7780"/>
        <w:sz w:val="15"/>
      </w:rPr>
      <w:t>1</w:t>
    </w:r>
    <w:r>
      <w:rPr>
        <w:color w:val="6B7780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128AB" w14:textId="77777777" w:rsidR="00145FD3" w:rsidRDefault="00145FD3">
      <w:pPr>
        <w:spacing w:after="0" w:line="240" w:lineRule="auto"/>
      </w:pPr>
      <w:r>
        <w:separator/>
      </w:r>
    </w:p>
  </w:footnote>
  <w:footnote w:type="continuationSeparator" w:id="0">
    <w:p w14:paraId="4217EB23" w14:textId="77777777" w:rsidR="00145FD3" w:rsidRDefault="00145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CC261" w14:textId="77777777" w:rsidR="00A91566" w:rsidRDefault="00A91566">
    <w:pPr>
      <w:pStyle w:val="Header"/>
      <w:spacing w:line="20" w:lineRule="exact"/>
    </w:pPr>
  </w:p>
  <w:tbl>
    <w:tblPr>
      <w:tblW w:w="9356" w:type="dxa"/>
      <w:tblInd w:w="132" w:type="dxa"/>
      <w:tblLayout w:type="fixed"/>
      <w:tblLook w:val="04A0" w:firstRow="1" w:lastRow="0" w:firstColumn="1" w:lastColumn="0" w:noHBand="0" w:noVBand="1"/>
    </w:tblPr>
    <w:tblGrid>
      <w:gridCol w:w="2410"/>
      <w:gridCol w:w="3969"/>
      <w:gridCol w:w="2977"/>
    </w:tblGrid>
    <w:tr w:rsidR="00A91566" w14:paraId="75D35B2A" w14:textId="77777777" w:rsidTr="00336213">
      <w:tc>
        <w:tcPr>
          <w:tcW w:w="2410" w:type="dxa"/>
          <w:tcMar>
            <w:top w:w="70" w:type="dxa"/>
            <w:left w:w="80" w:type="dxa"/>
            <w:bottom w:w="70" w:type="dxa"/>
            <w:right w:w="80" w:type="dxa"/>
          </w:tcMar>
          <w:vAlign w:val="center"/>
        </w:tcPr>
        <w:p w14:paraId="6039DC67" w14:textId="77777777" w:rsidR="00A91566" w:rsidRDefault="00AB0206">
          <w:pPr>
            <w:spacing w:after="0"/>
            <w:jc w:val="center"/>
          </w:pPr>
          <w:r>
            <w:rPr>
              <w:noProof/>
            </w:rPr>
            <w:drawing>
              <wp:inline distT="0" distB="0" distL="0" distR="0" wp14:anchorId="3D70F48C" wp14:editId="31626239">
                <wp:extent cx="1200150" cy="1156335"/>
                <wp:effectExtent l="0" t="0" r="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150" cy="11563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9" w:type="dxa"/>
          <w:tcMar>
            <w:top w:w="70" w:type="dxa"/>
            <w:left w:w="80" w:type="dxa"/>
            <w:bottom w:w="70" w:type="dxa"/>
            <w:right w:w="80" w:type="dxa"/>
          </w:tcMar>
          <w:vAlign w:val="center"/>
        </w:tcPr>
        <w:p w14:paraId="26C93B1A" w14:textId="77777777" w:rsidR="00A91566" w:rsidRDefault="005B510B">
          <w:pPr>
            <w:spacing w:after="0" w:line="240" w:lineRule="auto"/>
            <w:jc w:val="center"/>
          </w:pPr>
          <w:r>
            <w:rPr>
              <w:b/>
              <w:color w:val="123B5D"/>
              <w:sz w:val="20"/>
            </w:rPr>
            <w:t>EXTENSION OF AIR TRAFFIC SERVICES OPERATING HOURS</w:t>
          </w:r>
          <w:r>
            <w:rPr>
              <w:b/>
              <w:color w:val="123B5D"/>
              <w:sz w:val="20"/>
            </w:rPr>
            <w:br/>
            <w:t>APPLICATION FORM</w:t>
          </w:r>
        </w:p>
      </w:tc>
      <w:tc>
        <w:tcPr>
          <w:tcW w:w="2977" w:type="dxa"/>
          <w:tcMar>
            <w:top w:w="70" w:type="dxa"/>
            <w:left w:w="80" w:type="dxa"/>
            <w:bottom w:w="70" w:type="dxa"/>
            <w:right w:w="80" w:type="dxa"/>
          </w:tcMar>
          <w:vAlign w:val="center"/>
        </w:tcPr>
        <w:p w14:paraId="10ED2C90" w14:textId="462FA752" w:rsidR="00A91566" w:rsidRPr="00881190" w:rsidRDefault="005B510B" w:rsidP="00881190">
          <w:pPr>
            <w:spacing w:after="0" w:line="252" w:lineRule="auto"/>
            <w:jc w:val="center"/>
            <w:rPr>
              <w:color w:val="111111"/>
              <w:sz w:val="14"/>
            </w:rPr>
          </w:pPr>
          <w:r>
            <w:rPr>
              <w:b/>
              <w:color w:val="123B5D"/>
              <w:sz w:val="14"/>
            </w:rPr>
            <w:t>FORM REF</w:t>
          </w:r>
          <w:r w:rsidR="00AB0206">
            <w:rPr>
              <w:b/>
              <w:color w:val="123B5D"/>
              <w:sz w:val="14"/>
            </w:rPr>
            <w:t>.</w:t>
          </w:r>
          <w:r>
            <w:rPr>
              <w:b/>
              <w:color w:val="123B5D"/>
              <w:sz w:val="14"/>
            </w:rPr>
            <w:br/>
          </w:r>
          <w:r>
            <w:rPr>
              <w:color w:val="111111"/>
              <w:sz w:val="14"/>
            </w:rPr>
            <w:t>ANS/</w:t>
          </w:r>
          <w:r w:rsidR="00AB0206">
            <w:rPr>
              <w:color w:val="111111"/>
              <w:sz w:val="14"/>
            </w:rPr>
            <w:t>APL</w:t>
          </w:r>
          <w:r>
            <w:rPr>
              <w:color w:val="111111"/>
              <w:sz w:val="14"/>
            </w:rPr>
            <w:t>/ANSUH/</w:t>
          </w:r>
          <w:r w:rsidR="00AB0206">
            <w:rPr>
              <w:color w:val="111111"/>
              <w:sz w:val="14"/>
            </w:rPr>
            <w:t>1</w:t>
          </w:r>
          <w:r>
            <w:rPr>
              <w:color w:val="111111"/>
              <w:sz w:val="14"/>
            </w:rPr>
            <w:t>0</w:t>
          </w:r>
          <w:r w:rsidR="00AB0206">
            <w:rPr>
              <w:color w:val="111111"/>
              <w:sz w:val="14"/>
            </w:rPr>
            <w:t>4</w:t>
          </w:r>
          <w:r>
            <w:rPr>
              <w:color w:val="111111"/>
              <w:sz w:val="14"/>
            </w:rPr>
            <w:t>0</w:t>
          </w:r>
          <w:r w:rsidR="00881190">
            <w:rPr>
              <w:color w:val="111111"/>
              <w:sz w:val="14"/>
            </w:rPr>
            <w:t>1</w:t>
          </w:r>
          <w:r>
            <w:rPr>
              <w:color w:val="111111"/>
              <w:sz w:val="14"/>
            </w:rPr>
            <w:t>/0</w:t>
          </w:r>
          <w:r w:rsidR="006D61AF">
            <w:rPr>
              <w:color w:val="111111"/>
              <w:sz w:val="14"/>
            </w:rPr>
            <w:t>1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83B86" w14:textId="77777777" w:rsidR="00A91566" w:rsidRDefault="00A91566">
    <w:pPr>
      <w:pStyle w:val="Header"/>
      <w:spacing w:line="20" w:lineRule="exact"/>
    </w:pPr>
  </w:p>
  <w:tbl>
    <w:tblPr>
      <w:tblW w:w="15600" w:type="dxa"/>
      <w:tblLayout w:type="fixed"/>
      <w:tblLook w:val="04A0" w:firstRow="1" w:lastRow="0" w:firstColumn="1" w:lastColumn="0" w:noHBand="0" w:noVBand="1"/>
    </w:tblPr>
    <w:tblGrid>
      <w:gridCol w:w="2400"/>
      <w:gridCol w:w="10700"/>
      <w:gridCol w:w="2500"/>
    </w:tblGrid>
    <w:tr w:rsidR="00A91566" w14:paraId="77B667B1" w14:textId="77777777" w:rsidTr="008F4873">
      <w:tc>
        <w:tcPr>
          <w:tcW w:w="2400" w:type="dxa"/>
          <w:tcMar>
            <w:top w:w="70" w:type="dxa"/>
            <w:left w:w="80" w:type="dxa"/>
            <w:bottom w:w="70" w:type="dxa"/>
            <w:right w:w="80" w:type="dxa"/>
          </w:tcMar>
          <w:vAlign w:val="center"/>
        </w:tcPr>
        <w:p w14:paraId="38403A3A" w14:textId="77777777" w:rsidR="00A91566" w:rsidRDefault="008F4873">
          <w:pPr>
            <w:spacing w:after="0"/>
            <w:jc w:val="center"/>
          </w:pPr>
          <w:r>
            <w:rPr>
              <w:noProof/>
            </w:rPr>
            <w:drawing>
              <wp:inline distT="0" distB="0" distL="0" distR="0" wp14:anchorId="265EE380" wp14:editId="214A6138">
                <wp:extent cx="1200150" cy="1156335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150" cy="11563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700" w:type="dxa"/>
          <w:tcMar>
            <w:top w:w="70" w:type="dxa"/>
            <w:left w:w="80" w:type="dxa"/>
            <w:bottom w:w="70" w:type="dxa"/>
            <w:right w:w="80" w:type="dxa"/>
          </w:tcMar>
          <w:vAlign w:val="center"/>
        </w:tcPr>
        <w:p w14:paraId="1306A5E7" w14:textId="77777777" w:rsidR="00A91566" w:rsidRDefault="005B510B">
          <w:pPr>
            <w:spacing w:after="0" w:line="240" w:lineRule="auto"/>
            <w:jc w:val="center"/>
          </w:pPr>
          <w:r>
            <w:rPr>
              <w:b/>
              <w:color w:val="123B5D"/>
              <w:sz w:val="20"/>
            </w:rPr>
            <w:t>EXTENSION OF AIR TRAFFIC SERVICES OPERATING HOURS</w:t>
          </w:r>
          <w:r>
            <w:rPr>
              <w:b/>
              <w:color w:val="123B5D"/>
              <w:sz w:val="20"/>
            </w:rPr>
            <w:br/>
            <w:t>APPLICATION FORM</w:t>
          </w:r>
        </w:p>
      </w:tc>
      <w:tc>
        <w:tcPr>
          <w:tcW w:w="2500" w:type="dxa"/>
          <w:tcMar>
            <w:top w:w="70" w:type="dxa"/>
            <w:left w:w="80" w:type="dxa"/>
            <w:bottom w:w="70" w:type="dxa"/>
            <w:right w:w="80" w:type="dxa"/>
          </w:tcMar>
          <w:vAlign w:val="center"/>
        </w:tcPr>
        <w:p w14:paraId="011758CD" w14:textId="1B60CBDF" w:rsidR="00A91566" w:rsidRDefault="006D61AF">
          <w:pPr>
            <w:spacing w:after="0" w:line="252" w:lineRule="auto"/>
            <w:jc w:val="center"/>
          </w:pPr>
          <w:r>
            <w:rPr>
              <w:b/>
              <w:color w:val="123B5D"/>
              <w:sz w:val="14"/>
            </w:rPr>
            <w:t>FORM REF.</w:t>
          </w:r>
          <w:r>
            <w:rPr>
              <w:b/>
              <w:color w:val="123B5D"/>
              <w:sz w:val="14"/>
            </w:rPr>
            <w:br/>
          </w:r>
          <w:r>
            <w:rPr>
              <w:color w:val="111111"/>
              <w:sz w:val="14"/>
            </w:rPr>
            <w:t>ANS/APL/ANSUH/10401/01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870B3" w14:textId="77777777" w:rsidR="00A91566" w:rsidRDefault="00A91566">
    <w:pPr>
      <w:pStyle w:val="Header"/>
      <w:spacing w:line="20" w:lineRule="exact"/>
    </w:pPr>
  </w:p>
  <w:p w14:paraId="64A84184" w14:textId="77777777" w:rsidR="005548B2" w:rsidRDefault="005548B2">
    <w:pPr>
      <w:pStyle w:val="Header"/>
      <w:spacing w:line="20" w:lineRule="exact"/>
    </w:pPr>
  </w:p>
  <w:tbl>
    <w:tblPr>
      <w:tblW w:w="9356" w:type="dxa"/>
      <w:tblInd w:w="132" w:type="dxa"/>
      <w:tblLayout w:type="fixed"/>
      <w:tblLook w:val="04A0" w:firstRow="1" w:lastRow="0" w:firstColumn="1" w:lastColumn="0" w:noHBand="0" w:noVBand="1"/>
    </w:tblPr>
    <w:tblGrid>
      <w:gridCol w:w="2410"/>
      <w:gridCol w:w="3969"/>
      <w:gridCol w:w="2977"/>
    </w:tblGrid>
    <w:tr w:rsidR="005548B2" w14:paraId="72926041" w14:textId="77777777" w:rsidTr="00EB32A6">
      <w:tc>
        <w:tcPr>
          <w:tcW w:w="2410" w:type="dxa"/>
          <w:tcMar>
            <w:top w:w="70" w:type="dxa"/>
            <w:left w:w="80" w:type="dxa"/>
            <w:bottom w:w="70" w:type="dxa"/>
            <w:right w:w="80" w:type="dxa"/>
          </w:tcMar>
          <w:vAlign w:val="center"/>
        </w:tcPr>
        <w:p w14:paraId="25E65187" w14:textId="77777777" w:rsidR="005548B2" w:rsidRDefault="005548B2" w:rsidP="005548B2">
          <w:pPr>
            <w:spacing w:after="0"/>
            <w:jc w:val="center"/>
          </w:pPr>
          <w:r>
            <w:rPr>
              <w:noProof/>
            </w:rPr>
            <w:drawing>
              <wp:inline distT="0" distB="0" distL="0" distR="0" wp14:anchorId="3D807244" wp14:editId="03AC7B24">
                <wp:extent cx="1200150" cy="1156335"/>
                <wp:effectExtent l="0" t="0" r="0" b="0"/>
                <wp:docPr id="19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150" cy="11563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9" w:type="dxa"/>
          <w:tcMar>
            <w:top w:w="70" w:type="dxa"/>
            <w:left w:w="80" w:type="dxa"/>
            <w:bottom w:w="70" w:type="dxa"/>
            <w:right w:w="80" w:type="dxa"/>
          </w:tcMar>
          <w:vAlign w:val="center"/>
        </w:tcPr>
        <w:p w14:paraId="0FD26317" w14:textId="77777777" w:rsidR="005548B2" w:rsidRDefault="005548B2" w:rsidP="005548B2">
          <w:pPr>
            <w:spacing w:after="0" w:line="240" w:lineRule="auto"/>
            <w:jc w:val="center"/>
          </w:pPr>
          <w:r>
            <w:rPr>
              <w:b/>
              <w:color w:val="123B5D"/>
              <w:sz w:val="20"/>
            </w:rPr>
            <w:t>EXTENSION OF AIR TRAFFIC SERVICES OPERATING HOURS</w:t>
          </w:r>
          <w:r>
            <w:rPr>
              <w:b/>
              <w:color w:val="123B5D"/>
              <w:sz w:val="20"/>
            </w:rPr>
            <w:br/>
            <w:t>APPLICATION FORM</w:t>
          </w:r>
        </w:p>
      </w:tc>
      <w:tc>
        <w:tcPr>
          <w:tcW w:w="2977" w:type="dxa"/>
          <w:tcMar>
            <w:top w:w="70" w:type="dxa"/>
            <w:left w:w="80" w:type="dxa"/>
            <w:bottom w:w="70" w:type="dxa"/>
            <w:right w:w="80" w:type="dxa"/>
          </w:tcMar>
          <w:vAlign w:val="center"/>
        </w:tcPr>
        <w:p w14:paraId="153021EE" w14:textId="3F1B8019" w:rsidR="005548B2" w:rsidRDefault="006D61AF" w:rsidP="005548B2">
          <w:pPr>
            <w:spacing w:after="0" w:line="252" w:lineRule="auto"/>
            <w:jc w:val="center"/>
          </w:pPr>
          <w:r>
            <w:rPr>
              <w:b/>
              <w:color w:val="123B5D"/>
              <w:sz w:val="14"/>
            </w:rPr>
            <w:t>FORM REF.</w:t>
          </w:r>
          <w:r>
            <w:rPr>
              <w:b/>
              <w:color w:val="123B5D"/>
              <w:sz w:val="14"/>
            </w:rPr>
            <w:br/>
          </w:r>
          <w:r>
            <w:rPr>
              <w:color w:val="111111"/>
              <w:sz w:val="14"/>
            </w:rPr>
            <w:t>ANS/APL/ANSUH/10401/01</w:t>
          </w:r>
        </w:p>
      </w:tc>
    </w:tr>
  </w:tbl>
  <w:p w14:paraId="748391AD" w14:textId="77777777" w:rsidR="005548B2" w:rsidRDefault="005548B2">
    <w:pPr>
      <w:pStyle w:val="Header"/>
      <w:spacing w:line="20" w:lineRule="exact"/>
    </w:pPr>
  </w:p>
  <w:p w14:paraId="7678819F" w14:textId="77777777" w:rsidR="005548B2" w:rsidRDefault="005548B2">
    <w:pPr>
      <w:pStyle w:val="Header"/>
      <w:spacing w:line="20" w:lineRule="exact"/>
    </w:pPr>
  </w:p>
  <w:p w14:paraId="0811A0A2" w14:textId="77777777" w:rsidR="005548B2" w:rsidRDefault="005548B2">
    <w:pPr>
      <w:pStyle w:val="Header"/>
      <w:spacing w:line="20" w:lineRule="exact"/>
    </w:pPr>
  </w:p>
  <w:p w14:paraId="274C21AC" w14:textId="77777777" w:rsidR="005548B2" w:rsidRDefault="005548B2">
    <w:pPr>
      <w:pStyle w:val="Header"/>
      <w:spacing w:line="20" w:lineRule="exact"/>
    </w:pPr>
  </w:p>
  <w:p w14:paraId="2EB48D84" w14:textId="77777777" w:rsidR="005548B2" w:rsidRDefault="005548B2">
    <w:pPr>
      <w:pStyle w:val="Header"/>
      <w:spacing w:line="20" w:lineRule="exac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132" w:type="dxa"/>
      <w:tblLayout w:type="fixed"/>
      <w:tblLook w:val="04A0" w:firstRow="1" w:lastRow="0" w:firstColumn="1" w:lastColumn="0" w:noHBand="0" w:noVBand="1"/>
    </w:tblPr>
    <w:tblGrid>
      <w:gridCol w:w="2410"/>
      <w:gridCol w:w="3969"/>
      <w:gridCol w:w="2977"/>
    </w:tblGrid>
    <w:tr w:rsidR="00280804" w14:paraId="052E7BA5" w14:textId="77777777" w:rsidTr="00EB32A6">
      <w:tc>
        <w:tcPr>
          <w:tcW w:w="2410" w:type="dxa"/>
          <w:tcMar>
            <w:top w:w="70" w:type="dxa"/>
            <w:left w:w="80" w:type="dxa"/>
            <w:bottom w:w="70" w:type="dxa"/>
            <w:right w:w="80" w:type="dxa"/>
          </w:tcMar>
          <w:vAlign w:val="center"/>
        </w:tcPr>
        <w:p w14:paraId="1263A1AE" w14:textId="77777777" w:rsidR="00280804" w:rsidRDefault="00280804" w:rsidP="00280804">
          <w:pPr>
            <w:spacing w:after="0"/>
            <w:jc w:val="center"/>
          </w:pPr>
          <w:r>
            <w:rPr>
              <w:noProof/>
            </w:rPr>
            <w:drawing>
              <wp:inline distT="0" distB="0" distL="0" distR="0" wp14:anchorId="0AFCBECA" wp14:editId="1D301364">
                <wp:extent cx="1200150" cy="1156335"/>
                <wp:effectExtent l="0" t="0" r="0" b="0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150" cy="11563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9" w:type="dxa"/>
          <w:tcMar>
            <w:top w:w="70" w:type="dxa"/>
            <w:left w:w="80" w:type="dxa"/>
            <w:bottom w:w="70" w:type="dxa"/>
            <w:right w:w="80" w:type="dxa"/>
          </w:tcMar>
          <w:vAlign w:val="center"/>
        </w:tcPr>
        <w:p w14:paraId="133E4976" w14:textId="77777777" w:rsidR="00280804" w:rsidRDefault="00280804" w:rsidP="00280804">
          <w:pPr>
            <w:spacing w:after="0" w:line="240" w:lineRule="auto"/>
            <w:jc w:val="center"/>
          </w:pPr>
          <w:r>
            <w:rPr>
              <w:b/>
              <w:color w:val="123B5D"/>
              <w:sz w:val="20"/>
            </w:rPr>
            <w:t>EXTENSION OF AIR TRAFFIC SERVICES OPERATING HOURS</w:t>
          </w:r>
          <w:r>
            <w:rPr>
              <w:b/>
              <w:color w:val="123B5D"/>
              <w:sz w:val="20"/>
            </w:rPr>
            <w:br/>
            <w:t>APPLICATION FORM</w:t>
          </w:r>
        </w:p>
      </w:tc>
      <w:tc>
        <w:tcPr>
          <w:tcW w:w="2977" w:type="dxa"/>
          <w:tcMar>
            <w:top w:w="70" w:type="dxa"/>
            <w:left w:w="80" w:type="dxa"/>
            <w:bottom w:w="70" w:type="dxa"/>
            <w:right w:w="80" w:type="dxa"/>
          </w:tcMar>
          <w:vAlign w:val="center"/>
        </w:tcPr>
        <w:p w14:paraId="5794DEA6" w14:textId="3F4C7983" w:rsidR="00280804" w:rsidRDefault="006D61AF" w:rsidP="00280804">
          <w:pPr>
            <w:spacing w:after="0" w:line="252" w:lineRule="auto"/>
            <w:jc w:val="center"/>
          </w:pPr>
          <w:r>
            <w:rPr>
              <w:b/>
              <w:color w:val="123B5D"/>
              <w:sz w:val="14"/>
            </w:rPr>
            <w:t>FORM REF.</w:t>
          </w:r>
          <w:r>
            <w:rPr>
              <w:b/>
              <w:color w:val="123B5D"/>
              <w:sz w:val="14"/>
            </w:rPr>
            <w:br/>
          </w:r>
          <w:r>
            <w:rPr>
              <w:color w:val="111111"/>
              <w:sz w:val="14"/>
            </w:rPr>
            <w:t>ANS/APL/ANSUH/10401/01</w:t>
          </w:r>
        </w:p>
      </w:tc>
    </w:tr>
  </w:tbl>
  <w:p w14:paraId="634A2DA6" w14:textId="77777777" w:rsidR="00A91566" w:rsidRPr="00280804" w:rsidRDefault="00A91566" w:rsidP="002808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4416205">
    <w:abstractNumId w:val="8"/>
  </w:num>
  <w:num w:numId="2" w16cid:durableId="905411817">
    <w:abstractNumId w:val="6"/>
  </w:num>
  <w:num w:numId="3" w16cid:durableId="2140607448">
    <w:abstractNumId w:val="5"/>
  </w:num>
  <w:num w:numId="4" w16cid:durableId="1703169597">
    <w:abstractNumId w:val="4"/>
  </w:num>
  <w:num w:numId="5" w16cid:durableId="1958751999">
    <w:abstractNumId w:val="7"/>
  </w:num>
  <w:num w:numId="6" w16cid:durableId="480849346">
    <w:abstractNumId w:val="3"/>
  </w:num>
  <w:num w:numId="7" w16cid:durableId="1268734570">
    <w:abstractNumId w:val="2"/>
  </w:num>
  <w:num w:numId="8" w16cid:durableId="482426763">
    <w:abstractNumId w:val="1"/>
  </w:num>
  <w:num w:numId="9" w16cid:durableId="1564177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I+WuFa6SBhXtnrOWRqhjjL/XFBBnvsrIL7jvW7l5x1CbhGxBz1NutieXPfhAjVgRp5Umg/fX0YFreWM8kWlJHQ==" w:salt="FkvSmV3ai5qXzu+Cn6i6c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D52"/>
    <w:rsid w:val="00034616"/>
    <w:rsid w:val="0006063C"/>
    <w:rsid w:val="00063EA4"/>
    <w:rsid w:val="00074DE8"/>
    <w:rsid w:val="000831A5"/>
    <w:rsid w:val="00105674"/>
    <w:rsid w:val="0013176A"/>
    <w:rsid w:val="00145FD3"/>
    <w:rsid w:val="0015074B"/>
    <w:rsid w:val="00164D1F"/>
    <w:rsid w:val="001907DD"/>
    <w:rsid w:val="0019305A"/>
    <w:rsid w:val="001953A5"/>
    <w:rsid w:val="001A759C"/>
    <w:rsid w:val="001B0CA1"/>
    <w:rsid w:val="001B3689"/>
    <w:rsid w:val="001D5511"/>
    <w:rsid w:val="001D6EB3"/>
    <w:rsid w:val="001F0861"/>
    <w:rsid w:val="00280804"/>
    <w:rsid w:val="00280E3B"/>
    <w:rsid w:val="00283D93"/>
    <w:rsid w:val="00296120"/>
    <w:rsid w:val="0029639D"/>
    <w:rsid w:val="002E6B87"/>
    <w:rsid w:val="00312606"/>
    <w:rsid w:val="00326F90"/>
    <w:rsid w:val="00336213"/>
    <w:rsid w:val="003378BF"/>
    <w:rsid w:val="00341BAF"/>
    <w:rsid w:val="00396E98"/>
    <w:rsid w:val="003A0A4F"/>
    <w:rsid w:val="003A2969"/>
    <w:rsid w:val="003A7251"/>
    <w:rsid w:val="003C3CC3"/>
    <w:rsid w:val="004324B1"/>
    <w:rsid w:val="004754E9"/>
    <w:rsid w:val="004A41BC"/>
    <w:rsid w:val="004B5697"/>
    <w:rsid w:val="004D4408"/>
    <w:rsid w:val="005548B2"/>
    <w:rsid w:val="00555228"/>
    <w:rsid w:val="005A0DA0"/>
    <w:rsid w:val="005B510B"/>
    <w:rsid w:val="006350FD"/>
    <w:rsid w:val="00690FD4"/>
    <w:rsid w:val="00692EB3"/>
    <w:rsid w:val="006D61AF"/>
    <w:rsid w:val="006F0E72"/>
    <w:rsid w:val="0071680D"/>
    <w:rsid w:val="00723D78"/>
    <w:rsid w:val="007B4EB7"/>
    <w:rsid w:val="007D30D4"/>
    <w:rsid w:val="00817EC2"/>
    <w:rsid w:val="00857923"/>
    <w:rsid w:val="00881190"/>
    <w:rsid w:val="008D14F1"/>
    <w:rsid w:val="008E3FDB"/>
    <w:rsid w:val="008E4CAD"/>
    <w:rsid w:val="008F4873"/>
    <w:rsid w:val="00921EDE"/>
    <w:rsid w:val="0094192E"/>
    <w:rsid w:val="009455D9"/>
    <w:rsid w:val="00970585"/>
    <w:rsid w:val="009E1F43"/>
    <w:rsid w:val="00A2091A"/>
    <w:rsid w:val="00A806DE"/>
    <w:rsid w:val="00A91566"/>
    <w:rsid w:val="00AA1D8D"/>
    <w:rsid w:val="00AB0206"/>
    <w:rsid w:val="00AE5071"/>
    <w:rsid w:val="00B33467"/>
    <w:rsid w:val="00B47730"/>
    <w:rsid w:val="00BA41EE"/>
    <w:rsid w:val="00BB7DC0"/>
    <w:rsid w:val="00BF549A"/>
    <w:rsid w:val="00CB0664"/>
    <w:rsid w:val="00CF49CB"/>
    <w:rsid w:val="00E11EA8"/>
    <w:rsid w:val="00E9736C"/>
    <w:rsid w:val="00EC4800"/>
    <w:rsid w:val="00EE0271"/>
    <w:rsid w:val="00F02762"/>
    <w:rsid w:val="00F16FBD"/>
    <w:rsid w:val="00F26FBB"/>
    <w:rsid w:val="00F439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2D69A7"/>
  <w14:defaultImageDpi w14:val="330"/>
  <w15:docId w15:val="{8DF79A9E-5512-47C1-AFAF-2C720EBCC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2D6F9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2D6F9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23B5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color w:val="123B5D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723D7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848B0-89BE-4C36-8A64-711A7E9B7A55}"/>
      </w:docPartPr>
      <w:docPartBody>
        <w:p w:rsidR="009D3335" w:rsidRDefault="00E81317">
          <w:r w:rsidRPr="000970F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317"/>
    <w:rsid w:val="001907DD"/>
    <w:rsid w:val="002B6E8D"/>
    <w:rsid w:val="002C080D"/>
    <w:rsid w:val="003C3CC3"/>
    <w:rsid w:val="006970B4"/>
    <w:rsid w:val="008E4CAD"/>
    <w:rsid w:val="009D3335"/>
    <w:rsid w:val="00E8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MY" w:eastAsia="en-M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131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</Pages>
  <Words>1154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Extension of Air Traffic Services Operating Hours Application Form</vt:lpstr>
    </vt:vector>
  </TitlesOfParts>
  <Manager/>
  <Company/>
  <LinksUpToDate>false</LinksUpToDate>
  <CharactersWithSpaces>7721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Extension of Air Traffic Services Operating Hours Application Form</dc:title>
  <dc:subject>Aligned with Malaysia eAIC 07/26, effective 03 September 2026</dc:subject>
  <dc:creator>Civil Aviation Authority of Malaysia</dc:creator>
  <cp:keywords>CAAM, OCC, ATS operating hours, eAIC 07/26, pre-planned, ad-hoc</cp:keywords>
  <cp:lastModifiedBy>WARHAMNI KADIR</cp:lastModifiedBy>
  <cp:revision>112</cp:revision>
  <dcterms:created xsi:type="dcterms:W3CDTF">2026-09-04T12:20:00Z</dcterms:created>
  <dcterms:modified xsi:type="dcterms:W3CDTF">2026-09-29T02:18:00Z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3bbc2dfd-1002-43b6-9a3b-998574636a0e</vt:lpwstr>
  </property>
</Properties>
</file>